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656"/>
      </w:tblGrid>
      <w:tr w:rsidR="005740AD" w14:paraId="2D9C130A" w14:textId="77777777" w:rsidTr="336D4397">
        <w:trPr>
          <w:jc w:val="center"/>
        </w:trPr>
        <w:tc>
          <w:tcPr>
            <w:tcW w:w="10656" w:type="dxa"/>
            <w:tcBorders>
              <w:top w:val="single" w:sz="0" w:space="0" w:color="3F3F3F"/>
              <w:left w:val="single" w:sz="0" w:space="0" w:color="3F3F3F"/>
              <w:bottom w:val="single" w:sz="0" w:space="0" w:color="3F3F3F"/>
              <w:right w:val="single" w:sz="0" w:space="0" w:color="3F3F3F"/>
            </w:tcBorders>
            <w:shd w:val="clear" w:color="auto" w:fill="3F3F3F"/>
            <w:tcMar>
              <w:top w:w="150" w:type="dxa"/>
              <w:left w:w="150" w:type="dxa"/>
              <w:bottom w:w="130" w:type="dxa"/>
              <w:right w:w="150" w:type="dxa"/>
            </w:tcMar>
          </w:tcPr>
          <w:p w14:paraId="45E998EA" w14:textId="10C57FD7" w:rsidR="005740AD" w:rsidRDefault="002D4356">
            <w:pPr>
              <w:spacing w:after="0"/>
              <w:jc w:val="center"/>
            </w:pPr>
            <w:r w:rsidRPr="336D4397">
              <w:rPr>
                <w:b/>
                <w:bCs/>
                <w:color w:val="FFFFFF" w:themeColor="background1"/>
                <w:sz w:val="32"/>
                <w:szCs w:val="32"/>
              </w:rPr>
              <w:t>ACKNOWLEDGMENT OF</w:t>
            </w:r>
            <w:r>
              <w:br/>
            </w:r>
            <w:r w:rsidRPr="336D4397">
              <w:rPr>
                <w:b/>
                <w:bCs/>
                <w:color w:val="FFFFFF" w:themeColor="background1"/>
                <w:sz w:val="32"/>
                <w:szCs w:val="32"/>
              </w:rPr>
              <w:t>PARENT/GUARDIAN &amp; ATHLETE HANDBOOK</w:t>
            </w:r>
            <w:r>
              <w:br/>
            </w:r>
            <w:r w:rsidRPr="336D4397">
              <w:rPr>
                <w:b/>
                <w:bCs/>
                <w:color w:val="E7E6E6"/>
              </w:rPr>
              <w:t>INVICTUS WRESTLING INC</w:t>
            </w:r>
          </w:p>
        </w:tc>
      </w:tr>
    </w:tbl>
    <w:p w14:paraId="57932BCA" w14:textId="77777777" w:rsidR="005740AD" w:rsidRDefault="002D4356">
      <w:pPr>
        <w:spacing w:before="140" w:after="160"/>
        <w:jc w:val="center"/>
      </w:pPr>
      <w:r>
        <w:rPr>
          <w:i/>
          <w:color w:val="7F7F7F"/>
          <w:sz w:val="17"/>
        </w:rPr>
        <w:t>Complete one acknowledgment for each athlete.</w:t>
      </w:r>
    </w:p>
    <w:tbl>
      <w:tblPr>
        <w:tblW w:w="0" w:type="auto"/>
        <w:jc w:val="center"/>
        <w:tblLayout w:type="fixed"/>
        <w:tblLook w:val="04A0" w:firstRow="1" w:lastRow="0" w:firstColumn="1" w:lastColumn="0" w:noHBand="0" w:noVBand="1"/>
      </w:tblPr>
      <w:tblGrid>
        <w:gridCol w:w="6599"/>
        <w:gridCol w:w="4063"/>
      </w:tblGrid>
      <w:tr w:rsidR="005740AD" w14:paraId="6268570E" w14:textId="77777777" w:rsidTr="336D4397">
        <w:trPr>
          <w:jc w:val="center"/>
        </w:trPr>
        <w:tc>
          <w:tcPr>
            <w:tcW w:w="10662" w:type="dxa"/>
            <w:gridSpan w:val="2"/>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shd w:val="clear" w:color="auto" w:fill="7F7F7F" w:themeFill="text1" w:themeFillTint="80"/>
            <w:tcMar>
              <w:top w:w="85" w:type="dxa"/>
              <w:left w:w="130" w:type="dxa"/>
              <w:bottom w:w="85" w:type="dxa"/>
              <w:right w:w="130" w:type="dxa"/>
            </w:tcMar>
          </w:tcPr>
          <w:p w14:paraId="4403D753" w14:textId="77777777" w:rsidR="005740AD" w:rsidRDefault="002D4356">
            <w:pPr>
              <w:spacing w:after="0"/>
            </w:pPr>
            <w:r>
              <w:rPr>
                <w:b/>
                <w:color w:val="FFFFFF"/>
              </w:rPr>
              <w:t>ATHLETE INFORMATION</w:t>
            </w:r>
          </w:p>
        </w:tc>
      </w:tr>
      <w:tr w:rsidR="00400C91" w14:paraId="71682A18" w14:textId="77777777" w:rsidTr="336D4397">
        <w:trPr>
          <w:jc w:val="center"/>
        </w:trPr>
        <w:tc>
          <w:tcPr>
            <w:tcW w:w="659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73E11BC6" w14:textId="32C25B4E" w:rsidR="00400C91" w:rsidRDefault="00400C91" w:rsidP="006B75ED">
            <w:pPr>
              <w:spacing w:after="40"/>
            </w:pPr>
            <w:r>
              <w:rPr>
                <w:b/>
                <w:sz w:val="17"/>
              </w:rPr>
              <w:t>Athlete full name</w:t>
            </w:r>
          </w:p>
          <w:p w14:paraId="1DF37417" w14:textId="77777777" w:rsidR="00400C91" w:rsidRDefault="00400C91" w:rsidP="006B75ED">
            <w:pPr>
              <w:pBdr>
                <w:bottom w:val="single" w:sz="6" w:space="0" w:color="808080"/>
              </w:pBdr>
              <w:spacing w:after="0"/>
            </w:pPr>
            <w:r>
              <w:t xml:space="preserve"> </w:t>
            </w:r>
          </w:p>
        </w:tc>
        <w:tc>
          <w:tcPr>
            <w:tcW w:w="406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1FB96542" w14:textId="389F6E51" w:rsidR="00400C91" w:rsidRDefault="00400C91" w:rsidP="006B75ED">
            <w:pPr>
              <w:spacing w:after="40"/>
            </w:pPr>
            <w:r>
              <w:rPr>
                <w:b/>
                <w:sz w:val="17"/>
              </w:rPr>
              <w:t>Date of birth</w:t>
            </w:r>
          </w:p>
          <w:p w14:paraId="266E52B8" w14:textId="77777777" w:rsidR="00400C91" w:rsidRDefault="00400C91" w:rsidP="006B75ED">
            <w:pPr>
              <w:pBdr>
                <w:bottom w:val="single" w:sz="6" w:space="0" w:color="808080"/>
              </w:pBdr>
              <w:spacing w:after="0"/>
            </w:pPr>
            <w:r>
              <w:t xml:space="preserve"> </w:t>
            </w:r>
          </w:p>
        </w:tc>
      </w:tr>
      <w:tr w:rsidR="005740AD" w14:paraId="0CF5A853" w14:textId="77777777" w:rsidTr="336D4397">
        <w:trPr>
          <w:jc w:val="center"/>
        </w:trPr>
        <w:tc>
          <w:tcPr>
            <w:tcW w:w="10662"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1614796F" w14:textId="77777777" w:rsidR="005740AD" w:rsidRDefault="002D4356">
            <w:pPr>
              <w:spacing w:after="40"/>
            </w:pPr>
            <w:r>
              <w:rPr>
                <w:b/>
                <w:sz w:val="17"/>
              </w:rPr>
              <w:t>Parent/guardian full name</w:t>
            </w:r>
          </w:p>
          <w:p w14:paraId="2A835F8F" w14:textId="77777777" w:rsidR="005740AD" w:rsidRDefault="002D4356">
            <w:pPr>
              <w:pBdr>
                <w:bottom w:val="single" w:sz="6" w:space="0" w:color="808080"/>
              </w:pBdr>
              <w:spacing w:after="0"/>
            </w:pPr>
            <w:r>
              <w:t xml:space="preserve"> </w:t>
            </w:r>
          </w:p>
        </w:tc>
      </w:tr>
      <w:tr w:rsidR="005740AD" w14:paraId="11B7A1C6" w14:textId="77777777" w:rsidTr="336D4397">
        <w:trPr>
          <w:jc w:val="center"/>
        </w:trPr>
        <w:tc>
          <w:tcPr>
            <w:tcW w:w="10662" w:type="dxa"/>
            <w:gridSpan w:val="2"/>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shd w:val="clear" w:color="auto" w:fill="7F7F7F" w:themeFill="text1" w:themeFillTint="80"/>
            <w:tcMar>
              <w:top w:w="85" w:type="dxa"/>
              <w:left w:w="130" w:type="dxa"/>
              <w:bottom w:w="85" w:type="dxa"/>
              <w:right w:w="130" w:type="dxa"/>
            </w:tcMar>
          </w:tcPr>
          <w:p w14:paraId="4747348B" w14:textId="77777777" w:rsidR="005740AD" w:rsidRDefault="002D4356">
            <w:pPr>
              <w:spacing w:after="0"/>
            </w:pPr>
            <w:r>
              <w:rPr>
                <w:b/>
                <w:color w:val="FFFFFF"/>
              </w:rPr>
              <w:t>HANDBOOK ACKNOWLEDGMENT</w:t>
            </w:r>
          </w:p>
        </w:tc>
      </w:tr>
    </w:tbl>
    <w:p w14:paraId="4CC5E446" w14:textId="7B1E2A57" w:rsidR="005740AD" w:rsidRDefault="002D4356">
      <w:pPr>
        <w:spacing w:before="160" w:after="140" w:line="269" w:lineRule="auto"/>
      </w:pPr>
      <w:r>
        <w:t>I acknowledge that I have received and reviewed the Parent/Guardian &amp; Athlete Handbook for Invictus Wrestling Inc. I understand the expectations, policies, procedures, safety requirements, and standards of conduct described in the handbook. I agree to support the athlete’s compliance with these requirements and understand that questions should be directed to an authorized Invictus Wrestling Inc representative.</w:t>
      </w:r>
    </w:p>
    <w:tbl>
      <w:tblPr>
        <w:tblW w:w="0" w:type="auto"/>
        <w:jc w:val="center"/>
        <w:tblLayout w:type="fixed"/>
        <w:tblLook w:val="04A0" w:firstRow="1" w:lastRow="0" w:firstColumn="1" w:lastColumn="0" w:noHBand="0" w:noVBand="1"/>
      </w:tblPr>
      <w:tblGrid>
        <w:gridCol w:w="5328"/>
        <w:gridCol w:w="5392"/>
      </w:tblGrid>
      <w:tr w:rsidR="005740AD" w14:paraId="6560D10C" w14:textId="77777777" w:rsidTr="336D4397">
        <w:trPr>
          <w:jc w:val="center"/>
        </w:trPr>
        <w:tc>
          <w:tcPr>
            <w:tcW w:w="1072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5F5F5"/>
            <w:tcMar>
              <w:top w:w="100" w:type="dxa"/>
              <w:left w:w="130" w:type="dxa"/>
              <w:bottom w:w="100" w:type="dxa"/>
              <w:right w:w="130" w:type="dxa"/>
            </w:tcMar>
          </w:tcPr>
          <w:p w14:paraId="5ED325DF" w14:textId="77777777" w:rsidR="005740AD" w:rsidRDefault="002D4356">
            <w:pPr>
              <w:spacing w:after="0"/>
            </w:pPr>
            <w:r>
              <w:rPr>
                <w:b/>
                <w:sz w:val="24"/>
              </w:rPr>
              <w:t xml:space="preserve">☐  </w:t>
            </w:r>
            <w:r>
              <w:rPr>
                <w:b/>
                <w:sz w:val="19"/>
              </w:rPr>
              <w:t>I confirm that I have read and understand the Parent/Guardian &amp; Athlete Handbook.</w:t>
            </w:r>
          </w:p>
        </w:tc>
      </w:tr>
      <w:tr w:rsidR="005740AD" w14:paraId="5A9D46DD" w14:textId="77777777" w:rsidTr="336D4397">
        <w:trPr>
          <w:jc w:val="center"/>
        </w:trPr>
        <w:tc>
          <w:tcPr>
            <w:tcW w:w="532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4E40AEEC" w14:textId="77777777" w:rsidR="005740AD" w:rsidRDefault="002D4356">
            <w:pPr>
              <w:spacing w:after="40"/>
            </w:pPr>
            <w:r>
              <w:rPr>
                <w:b/>
                <w:sz w:val="17"/>
              </w:rPr>
              <w:t>Athlete signature</w:t>
            </w:r>
          </w:p>
          <w:p w14:paraId="22836D5A" w14:textId="77777777" w:rsidR="005740AD" w:rsidRDefault="002D4356">
            <w:pPr>
              <w:pBdr>
                <w:bottom w:val="single" w:sz="6" w:space="0" w:color="808080"/>
              </w:pBdr>
              <w:spacing w:after="0"/>
            </w:pPr>
            <w:r>
              <w:t xml:space="preserve"> </w:t>
            </w:r>
          </w:p>
        </w:tc>
        <w:tc>
          <w:tcPr>
            <w:tcW w:w="53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2706D277" w14:textId="77777777" w:rsidR="005740AD" w:rsidRDefault="002D4356">
            <w:pPr>
              <w:spacing w:after="40"/>
            </w:pPr>
            <w:r>
              <w:rPr>
                <w:b/>
                <w:sz w:val="17"/>
              </w:rPr>
              <w:t>Date</w:t>
            </w:r>
          </w:p>
          <w:p w14:paraId="4BC4DE9F" w14:textId="77777777" w:rsidR="005740AD" w:rsidRDefault="002D4356">
            <w:pPr>
              <w:pBdr>
                <w:bottom w:val="single" w:sz="6" w:space="0" w:color="808080"/>
              </w:pBdr>
              <w:spacing w:after="0"/>
            </w:pPr>
            <w:r>
              <w:t xml:space="preserve"> </w:t>
            </w:r>
          </w:p>
        </w:tc>
      </w:tr>
      <w:tr w:rsidR="005740AD" w14:paraId="232B048F" w14:textId="77777777" w:rsidTr="336D4397">
        <w:trPr>
          <w:jc w:val="center"/>
        </w:trPr>
        <w:tc>
          <w:tcPr>
            <w:tcW w:w="532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5EB4629A" w14:textId="77777777" w:rsidR="005740AD" w:rsidRDefault="002D4356">
            <w:pPr>
              <w:spacing w:after="40"/>
            </w:pPr>
            <w:r>
              <w:rPr>
                <w:b/>
                <w:sz w:val="17"/>
              </w:rPr>
              <w:t>Parent/guardian signature</w:t>
            </w:r>
          </w:p>
          <w:p w14:paraId="49379160" w14:textId="77777777" w:rsidR="005740AD" w:rsidRDefault="002D4356">
            <w:pPr>
              <w:pBdr>
                <w:bottom w:val="single" w:sz="6" w:space="0" w:color="808080"/>
              </w:pBdr>
              <w:spacing w:after="0"/>
            </w:pPr>
            <w:r>
              <w:t xml:space="preserve"> </w:t>
            </w:r>
          </w:p>
        </w:tc>
        <w:tc>
          <w:tcPr>
            <w:tcW w:w="53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73D0EB23" w14:textId="77777777" w:rsidR="005740AD" w:rsidRDefault="002D4356">
            <w:pPr>
              <w:spacing w:after="40"/>
            </w:pPr>
            <w:r>
              <w:rPr>
                <w:b/>
                <w:sz w:val="17"/>
              </w:rPr>
              <w:t>Date</w:t>
            </w:r>
          </w:p>
          <w:p w14:paraId="30D980B2" w14:textId="77777777" w:rsidR="005740AD" w:rsidRDefault="002D4356">
            <w:pPr>
              <w:pBdr>
                <w:bottom w:val="single" w:sz="6" w:space="0" w:color="808080"/>
              </w:pBdr>
              <w:spacing w:after="0"/>
            </w:pPr>
            <w:r>
              <w:t xml:space="preserve"> </w:t>
            </w:r>
          </w:p>
        </w:tc>
      </w:tr>
      <w:tr w:rsidR="005740AD" w14:paraId="35ABFED9" w14:textId="77777777" w:rsidTr="336D4397">
        <w:trPr>
          <w:jc w:val="center"/>
        </w:trPr>
        <w:tc>
          <w:tcPr>
            <w:tcW w:w="10720"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90" w:type="dxa"/>
              <w:left w:w="110" w:type="dxa"/>
              <w:bottom w:w="90" w:type="dxa"/>
              <w:right w:w="110" w:type="dxa"/>
            </w:tcMar>
            <w:vAlign w:val="center"/>
          </w:tcPr>
          <w:p w14:paraId="445A97E6" w14:textId="77777777" w:rsidR="005740AD" w:rsidRDefault="002D4356">
            <w:pPr>
              <w:spacing w:after="40"/>
            </w:pPr>
            <w:r>
              <w:rPr>
                <w:b/>
                <w:sz w:val="17"/>
              </w:rPr>
              <w:t>Printed parent/guardian name</w:t>
            </w:r>
          </w:p>
          <w:p w14:paraId="62822400" w14:textId="77777777" w:rsidR="005740AD" w:rsidRDefault="002D4356">
            <w:pPr>
              <w:pBdr>
                <w:bottom w:val="single" w:sz="6" w:space="0" w:color="808080"/>
              </w:pBdr>
              <w:spacing w:after="0"/>
            </w:pPr>
            <w:r>
              <w:t xml:space="preserve"> </w:t>
            </w:r>
          </w:p>
        </w:tc>
      </w:tr>
      <w:tr w:rsidR="005740AD" w14:paraId="5742EADD" w14:textId="77777777" w:rsidTr="336D4397">
        <w:trPr>
          <w:jc w:val="center"/>
        </w:trPr>
        <w:tc>
          <w:tcPr>
            <w:tcW w:w="10720" w:type="dxa"/>
            <w:gridSpan w:val="2"/>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shd w:val="clear" w:color="auto" w:fill="7F7F7F" w:themeFill="text1" w:themeFillTint="80"/>
            <w:tcMar>
              <w:top w:w="85" w:type="dxa"/>
              <w:left w:w="130" w:type="dxa"/>
              <w:bottom w:w="85" w:type="dxa"/>
              <w:right w:w="130" w:type="dxa"/>
            </w:tcMar>
          </w:tcPr>
          <w:p w14:paraId="225CA56C" w14:textId="77777777" w:rsidR="005740AD" w:rsidRDefault="002D4356">
            <w:pPr>
              <w:spacing w:after="0"/>
            </w:pPr>
            <w:r>
              <w:rPr>
                <w:b/>
                <w:color w:val="FFFFFF"/>
              </w:rPr>
              <w:t>OPTIONAL PHOTO/VIDEO RELEASE</w:t>
            </w:r>
          </w:p>
        </w:tc>
      </w:tr>
    </w:tbl>
    <w:p w14:paraId="3D38F6D4" w14:textId="77777777" w:rsidR="005740AD" w:rsidRDefault="002D4356">
      <w:pPr>
        <w:spacing w:before="140" w:after="100"/>
      </w:pPr>
      <w:r>
        <w:t>Please select one option below. Your selection applies to the athlete named on this form.</w:t>
      </w:r>
    </w:p>
    <w:p w14:paraId="4D61F4FD" w14:textId="69A633AA" w:rsidR="005740AD" w:rsidRDefault="002D4356">
      <w:pPr>
        <w:spacing w:after="140" w:line="264" w:lineRule="auto"/>
      </w:pPr>
      <w:r>
        <w:t>I authorize Invictus Wrestling Inc to photograph, record, livestream, broadcast, publish, and use the athlete’s name, image, voice, and likeness in team communications, promotional materials, social media, websites, livestreams, broadcasts, and other organization-related media without compensation. I understand that this permission is voluntary.</w:t>
      </w:r>
    </w:p>
    <w:tbl>
      <w:tblPr>
        <w:tblW w:w="0" w:type="auto"/>
        <w:jc w:val="center"/>
        <w:tblLayout w:type="fixed"/>
        <w:tblLook w:val="04A0" w:firstRow="1" w:lastRow="0" w:firstColumn="1" w:lastColumn="0" w:noHBand="0" w:noVBand="1"/>
      </w:tblPr>
      <w:tblGrid>
        <w:gridCol w:w="5328"/>
        <w:gridCol w:w="5328"/>
        <w:gridCol w:w="10"/>
      </w:tblGrid>
      <w:tr w:rsidR="005740AD" w14:paraId="38D65E96" w14:textId="77777777">
        <w:trPr>
          <w:gridAfter w:val="1"/>
          <w:wAfter w:w="40" w:type="dxa"/>
          <w:jc w:val="center"/>
        </w:trPr>
        <w:tc>
          <w:tcPr>
            <w:tcW w:w="5328" w:type="dxa"/>
            <w:tcBorders>
              <w:top w:val="single" w:sz="6" w:space="0" w:color="A6A6A6"/>
              <w:left w:val="single" w:sz="6" w:space="0" w:color="A6A6A6"/>
              <w:bottom w:val="single" w:sz="6" w:space="0" w:color="A6A6A6"/>
              <w:right w:val="single" w:sz="6" w:space="0" w:color="A6A6A6"/>
            </w:tcBorders>
            <w:shd w:val="clear" w:color="auto" w:fill="F5F5F5"/>
            <w:tcMar>
              <w:top w:w="130" w:type="dxa"/>
              <w:left w:w="150" w:type="dxa"/>
              <w:bottom w:w="130" w:type="dxa"/>
              <w:right w:w="150" w:type="dxa"/>
            </w:tcMar>
            <w:vAlign w:val="center"/>
          </w:tcPr>
          <w:p w14:paraId="42005CCF" w14:textId="77777777" w:rsidR="005740AD" w:rsidRDefault="002D4356">
            <w:pPr>
              <w:spacing w:after="0"/>
              <w:jc w:val="center"/>
            </w:pPr>
            <w:r>
              <w:rPr>
                <w:b/>
                <w:sz w:val="22"/>
              </w:rPr>
              <w:t>☐  I AGREE</w:t>
            </w:r>
          </w:p>
        </w:tc>
        <w:tc>
          <w:tcPr>
            <w:tcW w:w="5328" w:type="dxa"/>
            <w:tcBorders>
              <w:top w:val="single" w:sz="6" w:space="0" w:color="A6A6A6"/>
              <w:left w:val="single" w:sz="6" w:space="0" w:color="A6A6A6"/>
              <w:bottom w:val="single" w:sz="6" w:space="0" w:color="A6A6A6"/>
              <w:right w:val="single" w:sz="6" w:space="0" w:color="A6A6A6"/>
            </w:tcBorders>
            <w:shd w:val="clear" w:color="auto" w:fill="F5F5F5"/>
            <w:tcMar>
              <w:top w:w="130" w:type="dxa"/>
              <w:left w:w="150" w:type="dxa"/>
              <w:bottom w:w="130" w:type="dxa"/>
              <w:right w:w="150" w:type="dxa"/>
            </w:tcMar>
            <w:vAlign w:val="center"/>
          </w:tcPr>
          <w:p w14:paraId="22F5554E" w14:textId="77777777" w:rsidR="005740AD" w:rsidRDefault="002D4356">
            <w:pPr>
              <w:spacing w:after="0"/>
              <w:jc w:val="center"/>
            </w:pPr>
            <w:r>
              <w:rPr>
                <w:b/>
                <w:sz w:val="22"/>
              </w:rPr>
              <w:t>☐  I DO NOT AGREE</w:t>
            </w:r>
          </w:p>
        </w:tc>
      </w:tr>
      <w:tr w:rsidR="005740AD" w14:paraId="350C5162" w14:textId="77777777">
        <w:trPr>
          <w:jc w:val="center"/>
        </w:trPr>
        <w:tc>
          <w:tcPr>
            <w:tcW w:w="5328"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12F784C0" w14:textId="77777777" w:rsidR="005740AD" w:rsidRDefault="002D4356">
            <w:pPr>
              <w:spacing w:after="40"/>
            </w:pPr>
            <w:r>
              <w:rPr>
                <w:b/>
                <w:sz w:val="17"/>
              </w:rPr>
              <w:t>Parent/guardian signature for photo/video selection</w:t>
            </w:r>
          </w:p>
          <w:p w14:paraId="3CAC6E93" w14:textId="77777777" w:rsidR="005740AD" w:rsidRDefault="002D4356">
            <w:pPr>
              <w:pBdr>
                <w:bottom w:val="single" w:sz="6" w:space="0" w:color="808080"/>
              </w:pBdr>
              <w:spacing w:after="0"/>
            </w:pPr>
            <w:r>
              <w:t xml:space="preserve"> </w:t>
            </w:r>
          </w:p>
        </w:tc>
        <w:tc>
          <w:tcPr>
            <w:tcW w:w="5328" w:type="dxa"/>
            <w:gridSpan w:val="2"/>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3E1AD96A" w14:textId="77777777" w:rsidR="005740AD" w:rsidRDefault="002D4356">
            <w:pPr>
              <w:spacing w:after="40"/>
            </w:pPr>
            <w:r>
              <w:rPr>
                <w:b/>
                <w:sz w:val="17"/>
              </w:rPr>
              <w:t>Date</w:t>
            </w:r>
          </w:p>
          <w:p w14:paraId="27139372" w14:textId="77777777" w:rsidR="005740AD" w:rsidRDefault="002D4356">
            <w:pPr>
              <w:pBdr>
                <w:bottom w:val="single" w:sz="6" w:space="0" w:color="808080"/>
              </w:pBdr>
              <w:spacing w:after="0"/>
            </w:pPr>
            <w:r>
              <w:t xml:space="preserve"> </w:t>
            </w:r>
          </w:p>
        </w:tc>
      </w:tr>
      <w:tr w:rsidR="005740AD" w14:paraId="37D06004" w14:textId="77777777">
        <w:trPr>
          <w:gridAfter w:val="1"/>
          <w:wAfter w:w="10" w:type="dxa"/>
          <w:jc w:val="center"/>
        </w:trPr>
        <w:tc>
          <w:tcPr>
            <w:tcW w:w="10656" w:type="dxa"/>
            <w:gridSpan w:val="2"/>
            <w:tcBorders>
              <w:top w:val="single" w:sz="6" w:space="0" w:color="BFBFBF"/>
              <w:left w:val="single" w:sz="6" w:space="0" w:color="BFBFBF"/>
              <w:bottom w:val="single" w:sz="6" w:space="0" w:color="BFBFBF"/>
              <w:right w:val="single" w:sz="6" w:space="0" w:color="BFBFBF"/>
            </w:tcBorders>
            <w:shd w:val="clear" w:color="auto" w:fill="E7E6E6"/>
            <w:tcMar>
              <w:top w:w="90" w:type="dxa"/>
              <w:left w:w="120" w:type="dxa"/>
              <w:bottom w:w="90" w:type="dxa"/>
              <w:right w:w="120" w:type="dxa"/>
            </w:tcMar>
          </w:tcPr>
          <w:p w14:paraId="349AF5B1" w14:textId="77777777" w:rsidR="005740AD" w:rsidRDefault="002D4356">
            <w:pPr>
              <w:spacing w:after="0"/>
            </w:pPr>
            <w:r>
              <w:rPr>
                <w:b/>
                <w:sz w:val="16"/>
              </w:rPr>
              <w:t xml:space="preserve">RECORDKEEPING: </w:t>
            </w:r>
            <w:r>
              <w:rPr>
                <w:sz w:val="16"/>
              </w:rPr>
              <w:t>Retain this completed form with the athlete’s registration records. The optional photo/video selection does not affect eligibility to participate.</w:t>
            </w:r>
          </w:p>
        </w:tc>
      </w:tr>
    </w:tbl>
    <w:p w14:paraId="500055B0" w14:textId="77777777" w:rsidR="002D4356" w:rsidRDefault="002D4356"/>
    <w:p w14:paraId="340AFE8D" w14:textId="6B8CDAF7" w:rsidR="336D4397" w:rsidRDefault="336D4397"/>
    <w:p w14:paraId="50A62459" w14:textId="0DC79092" w:rsidR="336D4397" w:rsidRDefault="336D4397"/>
    <w:tbl>
      <w:tblPr>
        <w:tblW w:w="0" w:type="auto"/>
        <w:jc w:val="center"/>
        <w:tblLayout w:type="fixed"/>
        <w:tblLook w:val="04A0" w:firstRow="1" w:lastRow="0" w:firstColumn="1" w:lastColumn="0" w:noHBand="0" w:noVBand="1"/>
      </w:tblPr>
      <w:tblGrid>
        <w:gridCol w:w="10656"/>
      </w:tblGrid>
      <w:tr w:rsidR="00BB2D14" w14:paraId="4A85FC28" w14:textId="77777777" w:rsidTr="006B75ED">
        <w:trPr>
          <w:jc w:val="center"/>
        </w:trPr>
        <w:tc>
          <w:tcPr>
            <w:tcW w:w="10656" w:type="dxa"/>
            <w:tcBorders>
              <w:top w:val="single" w:sz="0" w:space="0" w:color="3F3F3F"/>
              <w:left w:val="single" w:sz="0" w:space="0" w:color="3F3F3F"/>
              <w:bottom w:val="single" w:sz="0" w:space="0" w:color="3F3F3F"/>
              <w:right w:val="single" w:sz="0" w:space="0" w:color="3F3F3F"/>
            </w:tcBorders>
            <w:shd w:val="clear" w:color="auto" w:fill="3F3F3F"/>
            <w:tcMar>
              <w:top w:w="130" w:type="dxa"/>
              <w:left w:w="140" w:type="dxa"/>
              <w:bottom w:w="110" w:type="dxa"/>
              <w:right w:w="140" w:type="dxa"/>
            </w:tcMar>
          </w:tcPr>
          <w:p w14:paraId="56DF2B1E" w14:textId="35D1DE3E" w:rsidR="00BB2D14" w:rsidRDefault="00BB2D14" w:rsidP="006B75ED">
            <w:pPr>
              <w:spacing w:after="0"/>
              <w:jc w:val="center"/>
            </w:pPr>
            <w:r>
              <w:rPr>
                <w:b/>
                <w:color w:val="FFFFFF"/>
                <w:sz w:val="32"/>
              </w:rPr>
              <w:lastRenderedPageBreak/>
              <w:t>PARTICIPATION WAIVER &amp; RELEASE OF LIABILITY</w:t>
            </w:r>
            <w:r>
              <w:rPr>
                <w:b/>
                <w:color w:val="E7E6E6"/>
              </w:rPr>
              <w:br/>
              <w:t>INVICTUS WRESTLING INC</w:t>
            </w:r>
          </w:p>
        </w:tc>
      </w:tr>
    </w:tbl>
    <w:p w14:paraId="112777B4" w14:textId="77777777" w:rsidR="00BB2D14" w:rsidRDefault="00BB2D14" w:rsidP="00BB2D14">
      <w:pPr>
        <w:spacing w:before="120" w:after="120"/>
        <w:jc w:val="center"/>
      </w:pPr>
      <w:r>
        <w:rPr>
          <w:b/>
          <w:color w:val="7F7F7F"/>
          <w:sz w:val="16"/>
        </w:rPr>
        <w:t>IMPORTANT LEGAL DOCUMENT: Read all sections carefully before signing. Complete one form for each athlete.</w:t>
      </w:r>
    </w:p>
    <w:tbl>
      <w:tblPr>
        <w:tblW w:w="10875" w:type="dxa"/>
        <w:jc w:val="center"/>
        <w:tblLayout w:type="fixed"/>
        <w:tblLook w:val="04A0" w:firstRow="1" w:lastRow="0" w:firstColumn="1" w:lastColumn="0" w:noHBand="0" w:noVBand="1"/>
      </w:tblPr>
      <w:tblGrid>
        <w:gridCol w:w="5160"/>
        <w:gridCol w:w="5715"/>
      </w:tblGrid>
      <w:tr w:rsidR="00BB2D14" w14:paraId="73923DC4" w14:textId="77777777" w:rsidTr="003A43A8">
        <w:trPr>
          <w:jc w:val="center"/>
        </w:trPr>
        <w:tc>
          <w:tcPr>
            <w:tcW w:w="1087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322800D2" w14:textId="77777777" w:rsidR="00BB2D14" w:rsidRDefault="00BB2D14" w:rsidP="006B75ED">
            <w:pPr>
              <w:spacing w:after="20"/>
            </w:pPr>
            <w:r>
              <w:rPr>
                <w:b/>
                <w:sz w:val="17"/>
              </w:rPr>
              <w:t>Athlete name</w:t>
            </w:r>
          </w:p>
          <w:p w14:paraId="43B43641" w14:textId="77777777" w:rsidR="00BB2D14" w:rsidRDefault="00BB2D14" w:rsidP="006B75ED">
            <w:pPr>
              <w:pBdr>
                <w:bottom w:val="single" w:sz="6" w:space="0" w:color="808080"/>
              </w:pBdr>
              <w:spacing w:after="0"/>
            </w:pPr>
            <w:r>
              <w:t xml:space="preserve"> </w:t>
            </w:r>
          </w:p>
        </w:tc>
      </w:tr>
      <w:tr w:rsidR="336D4397" w14:paraId="2A242A70" w14:textId="77777777" w:rsidTr="003A43A8">
        <w:trPr>
          <w:trHeight w:val="300"/>
          <w:jc w:val="center"/>
        </w:trPr>
        <w:tc>
          <w:tcPr>
            <w:tcW w:w="51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0E775F02" w14:textId="10207BD7" w:rsidR="336D4397" w:rsidRDefault="4E13CFA1" w:rsidP="68EF6F5B">
            <w:pPr>
              <w:pBdr>
                <w:bottom w:val="single" w:sz="6" w:space="0" w:color="808080"/>
              </w:pBdr>
              <w:spacing w:after="0"/>
            </w:pPr>
            <w:r w:rsidRPr="68EF6F5B">
              <w:rPr>
                <w:b/>
                <w:bCs/>
                <w:sz w:val="17"/>
                <w:szCs w:val="17"/>
              </w:rPr>
              <w:t>Athlete d</w:t>
            </w:r>
            <w:r w:rsidR="37050789" w:rsidRPr="68EF6F5B">
              <w:rPr>
                <w:b/>
                <w:bCs/>
                <w:sz w:val="17"/>
                <w:szCs w:val="17"/>
              </w:rPr>
              <w:t>a</w:t>
            </w:r>
            <w:r w:rsidR="43912762" w:rsidRPr="68EF6F5B">
              <w:rPr>
                <w:b/>
                <w:bCs/>
                <w:sz w:val="17"/>
                <w:szCs w:val="17"/>
              </w:rPr>
              <w:t>te of birth</w:t>
            </w:r>
            <w:r w:rsidR="5F3678CA">
              <w:t xml:space="preserve"> </w:t>
            </w:r>
          </w:p>
          <w:p w14:paraId="55793F19" w14:textId="12FB3F68" w:rsidR="336D4397" w:rsidRDefault="336D4397" w:rsidP="68EF6F5B">
            <w:pPr>
              <w:pBdr>
                <w:bottom w:val="single" w:sz="6" w:space="0" w:color="808080"/>
              </w:pBdr>
              <w:spacing w:after="0"/>
            </w:pPr>
          </w:p>
        </w:tc>
        <w:tc>
          <w:tcPr>
            <w:tcW w:w="571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5406EDA8" w14:textId="6CD74FDF" w:rsidR="72779616" w:rsidRDefault="72779616" w:rsidP="336D4397">
            <w:pPr>
              <w:spacing w:after="20"/>
            </w:pPr>
            <w:r w:rsidRPr="336D4397">
              <w:rPr>
                <w:b/>
                <w:bCs/>
                <w:sz w:val="17"/>
                <w:szCs w:val="17"/>
              </w:rPr>
              <w:t>Athlete age</w:t>
            </w:r>
          </w:p>
          <w:p w14:paraId="08F43F05" w14:textId="77777777" w:rsidR="336D4397" w:rsidRDefault="336D4397" w:rsidP="336D4397">
            <w:pPr>
              <w:pBdr>
                <w:bottom w:val="single" w:sz="6" w:space="0" w:color="808080"/>
              </w:pBdr>
              <w:spacing w:after="0"/>
            </w:pPr>
            <w:r>
              <w:t xml:space="preserve"> </w:t>
            </w:r>
          </w:p>
        </w:tc>
      </w:tr>
      <w:tr w:rsidR="336D4397" w14:paraId="1559E400" w14:textId="77777777" w:rsidTr="003A43A8">
        <w:trPr>
          <w:trHeight w:val="300"/>
          <w:jc w:val="center"/>
        </w:trPr>
        <w:tc>
          <w:tcPr>
            <w:tcW w:w="51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570E4504" w14:textId="77777777" w:rsidR="73F4BE51" w:rsidRDefault="73F4BE51" w:rsidP="336D4397">
            <w:pPr>
              <w:spacing w:after="20"/>
            </w:pPr>
            <w:r w:rsidRPr="336D4397">
              <w:rPr>
                <w:b/>
                <w:bCs/>
                <w:sz w:val="17"/>
                <w:szCs w:val="17"/>
              </w:rPr>
              <w:t>Parent/guardian name (if athlete is under 18)</w:t>
            </w:r>
          </w:p>
          <w:p w14:paraId="382097B8" w14:textId="2B58FC99" w:rsidR="336D4397" w:rsidRDefault="336D4397" w:rsidP="336D4397">
            <w:pPr>
              <w:pBdr>
                <w:bottom w:val="single" w:sz="6" w:space="0" w:color="808080"/>
              </w:pBdr>
              <w:spacing w:after="0"/>
            </w:pPr>
            <w:r>
              <w:t xml:space="preserve"> </w:t>
            </w:r>
          </w:p>
        </w:tc>
        <w:tc>
          <w:tcPr>
            <w:tcW w:w="571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4319D78C" w14:textId="3C3DD114" w:rsidR="6196353D" w:rsidRDefault="6196353D" w:rsidP="336D4397">
            <w:pPr>
              <w:spacing w:after="20"/>
            </w:pPr>
            <w:r w:rsidRPr="336D4397">
              <w:rPr>
                <w:b/>
                <w:bCs/>
                <w:sz w:val="17"/>
                <w:szCs w:val="17"/>
              </w:rPr>
              <w:t>Relationship</w:t>
            </w:r>
          </w:p>
          <w:p w14:paraId="43884E30" w14:textId="77777777" w:rsidR="336D4397" w:rsidRDefault="336D4397" w:rsidP="336D4397">
            <w:pPr>
              <w:pBdr>
                <w:bottom w:val="single" w:sz="6" w:space="0" w:color="808080"/>
              </w:pBdr>
              <w:spacing w:after="0"/>
            </w:pPr>
            <w:r>
              <w:t xml:space="preserve"> </w:t>
            </w:r>
          </w:p>
        </w:tc>
      </w:tr>
      <w:tr w:rsidR="00BB2D14" w14:paraId="5A6CA916" w14:textId="77777777" w:rsidTr="003A43A8">
        <w:trPr>
          <w:jc w:val="center"/>
        </w:trPr>
        <w:tc>
          <w:tcPr>
            <w:tcW w:w="1087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64B76A40" w14:textId="77777777" w:rsidR="00BB2D14" w:rsidRDefault="00BB2D14" w:rsidP="006B75ED">
            <w:pPr>
              <w:spacing w:after="20"/>
            </w:pPr>
            <w:r>
              <w:rPr>
                <w:b/>
                <w:sz w:val="17"/>
              </w:rPr>
              <w:t>Address</w:t>
            </w:r>
          </w:p>
          <w:p w14:paraId="6B73F436" w14:textId="77777777" w:rsidR="00BB2D14" w:rsidRDefault="00BB2D14" w:rsidP="006B75ED">
            <w:pPr>
              <w:pBdr>
                <w:bottom w:val="single" w:sz="6" w:space="0" w:color="808080"/>
              </w:pBdr>
              <w:spacing w:after="0"/>
            </w:pPr>
            <w:r>
              <w:t xml:space="preserve"> </w:t>
            </w:r>
          </w:p>
        </w:tc>
      </w:tr>
      <w:tr w:rsidR="00BB2D14" w14:paraId="3B738F2E" w14:textId="77777777" w:rsidTr="003A43A8">
        <w:trPr>
          <w:jc w:val="center"/>
        </w:trPr>
        <w:tc>
          <w:tcPr>
            <w:tcW w:w="51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159F995F" w14:textId="77777777" w:rsidR="00BB2D14" w:rsidRDefault="00BB2D14" w:rsidP="006B75ED">
            <w:pPr>
              <w:spacing w:after="20"/>
            </w:pPr>
            <w:r>
              <w:rPr>
                <w:b/>
                <w:sz w:val="17"/>
              </w:rPr>
              <w:t>Phone</w:t>
            </w:r>
          </w:p>
          <w:p w14:paraId="26CB85F7" w14:textId="77777777" w:rsidR="00BB2D14" w:rsidRDefault="00BB2D14" w:rsidP="006B75ED">
            <w:pPr>
              <w:pBdr>
                <w:bottom w:val="single" w:sz="6" w:space="0" w:color="808080"/>
              </w:pBdr>
              <w:spacing w:after="0"/>
            </w:pPr>
            <w:r>
              <w:t xml:space="preserve"> </w:t>
            </w:r>
          </w:p>
        </w:tc>
        <w:tc>
          <w:tcPr>
            <w:tcW w:w="571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68DF0DE6" w14:textId="77777777" w:rsidR="00BB2D14" w:rsidRDefault="00BB2D14" w:rsidP="006B75ED">
            <w:pPr>
              <w:spacing w:after="20"/>
            </w:pPr>
            <w:r>
              <w:rPr>
                <w:b/>
                <w:sz w:val="17"/>
              </w:rPr>
              <w:t>Email</w:t>
            </w:r>
          </w:p>
          <w:p w14:paraId="50252119" w14:textId="77777777" w:rsidR="00BB2D14" w:rsidRDefault="00BB2D14" w:rsidP="006B75ED">
            <w:pPr>
              <w:pBdr>
                <w:bottom w:val="single" w:sz="6" w:space="0" w:color="808080"/>
              </w:pBdr>
              <w:spacing w:after="0"/>
            </w:pPr>
            <w:r>
              <w:t xml:space="preserve"> </w:t>
            </w:r>
          </w:p>
        </w:tc>
      </w:tr>
      <w:tr w:rsidR="336D4397" w14:paraId="4C98FA87" w14:textId="77777777" w:rsidTr="003A43A8">
        <w:trPr>
          <w:trHeight w:val="300"/>
          <w:jc w:val="center"/>
        </w:trPr>
        <w:tc>
          <w:tcPr>
            <w:tcW w:w="10875" w:type="dxa"/>
            <w:gridSpan w:val="2"/>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tcMar>
              <w:top w:w="75" w:type="dxa"/>
              <w:left w:w="120" w:type="dxa"/>
              <w:bottom w:w="75" w:type="dxa"/>
              <w:right w:w="120" w:type="dxa"/>
            </w:tcMar>
          </w:tcPr>
          <w:p w14:paraId="6216D81E" w14:textId="59BF4FFC" w:rsidR="336D4397" w:rsidRDefault="336D4397" w:rsidP="336D4397">
            <w:pPr>
              <w:rPr>
                <w:b/>
                <w:bCs/>
                <w:color w:val="FFFFFF" w:themeColor="background1"/>
                <w:sz w:val="12"/>
                <w:szCs w:val="12"/>
              </w:rPr>
            </w:pPr>
          </w:p>
        </w:tc>
      </w:tr>
      <w:tr w:rsidR="00BB2D14" w14:paraId="0B974504" w14:textId="77777777" w:rsidTr="003A43A8">
        <w:trPr>
          <w:jc w:val="center"/>
        </w:trPr>
        <w:tc>
          <w:tcPr>
            <w:tcW w:w="10875" w:type="dxa"/>
            <w:gridSpan w:val="2"/>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shd w:val="clear" w:color="auto" w:fill="7F7F7F" w:themeFill="text1" w:themeFillTint="80"/>
            <w:tcMar>
              <w:top w:w="75" w:type="dxa"/>
              <w:left w:w="120" w:type="dxa"/>
              <w:bottom w:w="75" w:type="dxa"/>
              <w:right w:w="120" w:type="dxa"/>
            </w:tcMar>
          </w:tcPr>
          <w:p w14:paraId="5B489C0B" w14:textId="77777777" w:rsidR="00BB2D14" w:rsidRDefault="00BB2D14" w:rsidP="006B75ED">
            <w:pPr>
              <w:keepNext/>
              <w:spacing w:after="0"/>
            </w:pPr>
            <w:r>
              <w:rPr>
                <w:b/>
                <w:color w:val="FFFFFF"/>
              </w:rPr>
              <w:t>1. ACKNOWLEDGMENT OF RISKS</w:t>
            </w:r>
          </w:p>
        </w:tc>
      </w:tr>
    </w:tbl>
    <w:p w14:paraId="453F56F6" w14:textId="6E2C4685" w:rsidR="00BB2D14" w:rsidRDefault="00BB2D14" w:rsidP="336D4397">
      <w:pPr>
        <w:spacing w:before="80" w:after="120" w:line="259" w:lineRule="auto"/>
      </w:pPr>
      <w:r>
        <w:t xml:space="preserve">I understand and acknowledge that wrestling is a full-contact sport involving significant physical exertion and close body contact. Participation includes, but is not limited to, risks of sprains, strains, fractures, concussions, dislocations, skin infections, dental injuries, serious bodily injury, permanent disability, paralysis, and death. These risks may arise from my own actions, the actions of others, the condition of facilities or equipment, the negligence of Invictus Wrestling </w:t>
      </w:r>
      <w:r w:rsidR="0FDA5D27">
        <w:t>Inc</w:t>
      </w:r>
      <w:r w:rsidR="5046E410">
        <w:t>, any of its Releasees,</w:t>
      </w:r>
      <w:r>
        <w:t xml:space="preserve"> or its staff, or other circumstances connected with participation.</w:t>
      </w:r>
    </w:p>
    <w:tbl>
      <w:tblPr>
        <w:tblW w:w="0" w:type="auto"/>
        <w:jc w:val="center"/>
        <w:tblLayout w:type="fixed"/>
        <w:tblLook w:val="04A0" w:firstRow="1" w:lastRow="0" w:firstColumn="1" w:lastColumn="0" w:noHBand="0" w:noVBand="1"/>
      </w:tblPr>
      <w:tblGrid>
        <w:gridCol w:w="10800"/>
      </w:tblGrid>
      <w:tr w:rsidR="00BB2D14" w14:paraId="27EB8AE9" w14:textId="77777777" w:rsidTr="003A43A8">
        <w:trPr>
          <w:jc w:val="center"/>
        </w:trPr>
        <w:tc>
          <w:tcPr>
            <w:tcW w:w="10800"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29F7F129" w14:textId="77777777" w:rsidR="00BB2D14" w:rsidRDefault="00BB2D14" w:rsidP="006B75ED">
            <w:pPr>
              <w:keepNext/>
              <w:spacing w:after="0"/>
            </w:pPr>
            <w:r>
              <w:rPr>
                <w:b/>
                <w:color w:val="FFFFFF"/>
              </w:rPr>
              <w:t>2. ASSUMPTION OF RISK</w:t>
            </w:r>
          </w:p>
        </w:tc>
      </w:tr>
    </w:tbl>
    <w:p w14:paraId="123CDE65" w14:textId="77777777" w:rsidR="00BB2D14" w:rsidRDefault="00BB2D14" w:rsidP="00BB2D14">
      <w:pPr>
        <w:spacing w:before="80" w:after="120" w:line="259" w:lineRule="auto"/>
      </w:pPr>
      <w:r>
        <w:t>I voluntarily choose to participate, or authorize my minor child to participate, in activities offered, sponsored, organized, or approved by Invictus Wrestling Inc. These activities may include wrestling practices, instruction, conditioning, strength training, competitions, tournaments, camps, clinics, team travel, transportation, fundraising activities, and other related events. I understand that these activities involve inherent risks arising from physical contact, strenuous activity, falls, collisions, equipment, facilities, transportation, the actions or inactions of participants or others, and other known or unknown circumstances. I knowingly and voluntarily accept and assume the inherent risks associated with participation, whether known or unknown and foreseeable or unforeseeable, to the fullest extent permitted by applicable law.</w:t>
      </w:r>
    </w:p>
    <w:tbl>
      <w:tblPr>
        <w:tblW w:w="0" w:type="auto"/>
        <w:jc w:val="center"/>
        <w:tblLayout w:type="fixed"/>
        <w:tblLook w:val="04A0" w:firstRow="1" w:lastRow="0" w:firstColumn="1" w:lastColumn="0" w:noHBand="0" w:noVBand="1"/>
      </w:tblPr>
      <w:tblGrid>
        <w:gridCol w:w="10800"/>
      </w:tblGrid>
      <w:tr w:rsidR="00BB2D14" w14:paraId="7A9E640A" w14:textId="77777777" w:rsidTr="003A43A8">
        <w:trPr>
          <w:jc w:val="center"/>
        </w:trPr>
        <w:tc>
          <w:tcPr>
            <w:tcW w:w="10800"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442C82B0" w14:textId="77777777" w:rsidR="00BB2D14" w:rsidRDefault="00BB2D14" w:rsidP="006B75ED">
            <w:pPr>
              <w:keepNext/>
              <w:spacing w:after="0"/>
            </w:pPr>
            <w:r>
              <w:rPr>
                <w:b/>
                <w:color w:val="FFFFFF"/>
              </w:rPr>
              <w:t>3. RELEASE OF LIABILITY</w:t>
            </w:r>
          </w:p>
        </w:tc>
      </w:tr>
    </w:tbl>
    <w:p w14:paraId="2970C620" w14:textId="31C3C242" w:rsidR="00BB2D14" w:rsidRDefault="00BB2D14" w:rsidP="00BB2D14">
      <w:pPr>
        <w:spacing w:before="80" w:after="100" w:line="259" w:lineRule="auto"/>
      </w:pPr>
      <w:r>
        <w:t>In consideration of the participant being permitted to participate in practices, training sessions, tournaments, clinics, camps, travel, team events, off-site activities, and any other activity associated with Invictus Wrestling Inc, I, on behalf of myself, the participant, my spouse or co-parent, our heirs, personal representatives, successors, assigns, and any person claiming through us, knowingly and voluntarily agree to release, waive, discharge, hold harmless, indemnify, defend, and covenant not to sue Invictus Wrestling Inc, its board members, directors, officers, coaches, assistant coaches, volunteers, agents, employees, representatives, affiliated organizations, sponsors, event hosts, tournament organizers, property owners, facility owners, landlords, lessors, site operators, and other individuals or entities providing facilities, equipment, services, supervision, or support for Invictus Wrestling</w:t>
      </w:r>
      <w:r w:rsidR="2B8CB6B2">
        <w:t xml:space="preserve"> Inc</w:t>
      </w:r>
      <w:r>
        <w:t xml:space="preserve"> activities, collectively referred to as the “Releasees.”</w:t>
      </w:r>
    </w:p>
    <w:p w14:paraId="666D8214" w14:textId="54F1FA54" w:rsidR="00BB2D14" w:rsidRDefault="00BB2D14" w:rsidP="00BB2D14">
      <w:pPr>
        <w:spacing w:before="80" w:after="100" w:line="259" w:lineRule="auto"/>
      </w:pPr>
      <w:r>
        <w:t>This release applies to claims, demands, causes of action, damages, losses, costs, expenses, attorney’s fees, injuries, illness, disability, death, property damage, or other harm arising out of or connected with the participant’s involvement in Invictus Wrestling</w:t>
      </w:r>
      <w:r w:rsidR="6777B706">
        <w:t xml:space="preserve"> Inc </w:t>
      </w:r>
      <w:r>
        <w:t xml:space="preserve">activities. This includes claims arising before, during, or after participation; on-site or off-site; during supervised or unsupervised periods; during practices, competitions, warmups, conditioning, travel, lodging, meals, team </w:t>
      </w:r>
      <w:r>
        <w:lastRenderedPageBreak/>
        <w:t xml:space="preserve">activities, or downtime; and at any facility, school, gym, tournament site, lodging location, vehicle, or other location connected to Invictus Wrestling </w:t>
      </w:r>
      <w:r w:rsidR="29BA0E96">
        <w:t xml:space="preserve">Inc </w:t>
      </w:r>
      <w:r>
        <w:t>activities.</w:t>
      </w:r>
    </w:p>
    <w:p w14:paraId="12242BE9" w14:textId="77777777" w:rsidR="00BB2D14" w:rsidRDefault="00BB2D14" w:rsidP="00BB2D14">
      <w:pPr>
        <w:spacing w:before="80" w:after="100" w:line="259" w:lineRule="auto"/>
      </w:pPr>
      <w:r>
        <w:t>I understand that wrestling is a physically demanding contact sport involving inherent, obvious, and unavoidable risks, including falls, collisions, throws, takedowns, mat burns, sprains, strains, fractures, concussions, head injuries, neck or spinal injuries, skin infections, illness, dehydration, overexertion, emotional distress, permanent disability, paralysis, or death. Risks may arise from the participant’s actions; the actions or inactions of athletes, parents or guardians, coaches, volunteers, spectators, officials, tournament staff, facility personnel, or other third parties; equipment or facilities; surfaces; weather; travel conditions; or other circumstances.</w:t>
      </w:r>
    </w:p>
    <w:p w14:paraId="10B539AD" w14:textId="051D9EDC" w:rsidR="00BB2D14" w:rsidRPr="007338B0" w:rsidRDefault="00BB2D14" w:rsidP="00BB2D14">
      <w:pPr>
        <w:spacing w:after="160" w:line="278" w:lineRule="auto"/>
      </w:pPr>
      <w:r>
        <w:t>To the fullest extent permitted under Virginia law, I voluntarily assume all risks associated with participation, whether known or unknown, foreseeable or unforeseeable, and whether arising from the ordinary negligence of any Releasee or otherwise. I understand that this release is intended to be broad and comprehensive and to provide protection to Invictus Wrestling</w:t>
      </w:r>
      <w:r w:rsidR="692D2C89">
        <w:t xml:space="preserve"> Inc</w:t>
      </w:r>
      <w:r>
        <w:t xml:space="preserve">, its coaches and volunteers, and all facility owners, operators, landlords, lessors, site hosts, and property owners whose facilities or property are used for Invictus Wrestling </w:t>
      </w:r>
      <w:r w:rsidR="33D0AA63">
        <w:t xml:space="preserve">Inc </w:t>
      </w:r>
      <w:r>
        <w:t>activities.</w:t>
      </w:r>
    </w:p>
    <w:p w14:paraId="137265E3" w14:textId="7C7473A4" w:rsidR="00BB2D14" w:rsidRDefault="00BB2D14" w:rsidP="00BB2D14">
      <w:pPr>
        <w:spacing w:before="80" w:after="100" w:line="259" w:lineRule="auto"/>
      </w:pPr>
      <w:r>
        <w:t xml:space="preserve">I agree to indemnify, defend, and hold harmless the Releasees from claims, demands, lawsuits, liabilities, judgments, settlements, costs, expenses, or attorney’s fees brought by or on behalf of the participant, a parent or guardian, family member, heir, estate, insurer, or other person or entity arising out of the participant’s involvement in Invictus Wrestling </w:t>
      </w:r>
      <w:r w:rsidR="14670C25">
        <w:t xml:space="preserve">Inc </w:t>
      </w:r>
      <w:r>
        <w:t>activities, to the extent permitted by applicable law.</w:t>
      </w:r>
    </w:p>
    <w:p w14:paraId="26BB663F" w14:textId="355F4EEA" w:rsidR="00BB2D14" w:rsidRDefault="00BB2D14" w:rsidP="00BB2D14">
      <w:pPr>
        <w:spacing w:before="80" w:after="100" w:line="259" w:lineRule="auto"/>
      </w:pPr>
      <w:r>
        <w:t>Facility owners, property owners, landlords, lessors, site operators, host locations, schools, gyms, and other entities or individuals providing access to facilities or property for Invictus Wrestling</w:t>
      </w:r>
      <w:r w:rsidR="0A7B6531">
        <w:t xml:space="preserve"> Inc</w:t>
      </w:r>
      <w:r>
        <w:t xml:space="preserve"> activities are expressly included as Releasees.</w:t>
      </w:r>
    </w:p>
    <w:p w14:paraId="7E4E3BE0" w14:textId="77777777" w:rsidR="00BB2D14" w:rsidRDefault="00BB2D14" w:rsidP="00BB2D14">
      <w:pPr>
        <w:spacing w:before="80" w:after="100" w:line="259" w:lineRule="auto"/>
      </w:pPr>
      <w:r>
        <w:t>If any portion of this document is found invalid or unenforceable, the remaining provisions shall remain in effect to the greatest extent permitted by law. I acknowledge that I have read this section carefully, understand its terms, and sign freely and voluntarily.</w:t>
      </w:r>
    </w:p>
    <w:p w14:paraId="581FD0BF" w14:textId="77777777" w:rsidR="00DB74D9" w:rsidRPr="008F62AE" w:rsidRDefault="00DB74D9" w:rsidP="00BB2D14">
      <w:pPr>
        <w:spacing w:before="80" w:after="100" w:line="259" w:lineRule="auto"/>
        <w:rPr>
          <w:sz w:val="10"/>
          <w:szCs w:val="10"/>
        </w:rPr>
      </w:pPr>
    </w:p>
    <w:tbl>
      <w:tblPr>
        <w:tblW w:w="0" w:type="auto"/>
        <w:jc w:val="center"/>
        <w:tblLayout w:type="fixed"/>
        <w:tblLook w:val="04A0" w:firstRow="1" w:lastRow="0" w:firstColumn="1" w:lastColumn="0" w:noHBand="0" w:noVBand="1"/>
      </w:tblPr>
      <w:tblGrid>
        <w:gridCol w:w="10800"/>
      </w:tblGrid>
      <w:tr w:rsidR="00BB2D14" w14:paraId="55BA4915" w14:textId="77777777" w:rsidTr="003A43A8">
        <w:trPr>
          <w:jc w:val="center"/>
        </w:trPr>
        <w:tc>
          <w:tcPr>
            <w:tcW w:w="10800"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1A5BFB09" w14:textId="77777777" w:rsidR="00BB2D14" w:rsidRDefault="00BB2D14" w:rsidP="006B75ED">
            <w:pPr>
              <w:keepNext/>
              <w:spacing w:after="0"/>
            </w:pPr>
            <w:r>
              <w:rPr>
                <w:b/>
                <w:color w:val="FFFFFF"/>
              </w:rPr>
              <w:t>4. MEDICAL AUTHORIZATION</w:t>
            </w:r>
          </w:p>
        </w:tc>
      </w:tr>
    </w:tbl>
    <w:p w14:paraId="66928909" w14:textId="6CFC2686" w:rsidR="00BB2D14" w:rsidRDefault="00BB2D14" w:rsidP="00BB2D14">
      <w:pPr>
        <w:spacing w:before="80" w:after="100" w:line="259" w:lineRule="auto"/>
      </w:pPr>
      <w:r>
        <w:t>I authorize Invictus Wrestling Inc, its coaches, directors, board members, volunteers, representatives, and other authorized personnel to provide basic first aid and to seek, secure, or arrange emergency medical care, transportation, evaluation, or treatment if reasonably considered necessary because of injury, illness, accident, or another medical concern during an Invictus Wrestling</w:t>
      </w:r>
      <w:r w:rsidR="69F9AA45">
        <w:t xml:space="preserve"> Inc</w:t>
      </w:r>
      <w:r>
        <w:t>-related activity.</w:t>
      </w:r>
    </w:p>
    <w:p w14:paraId="1EA01961" w14:textId="77777777" w:rsidR="00BB2D14" w:rsidRDefault="00BB2D14" w:rsidP="00BB2D14">
      <w:pPr>
        <w:spacing w:before="80" w:after="100" w:line="259" w:lineRule="auto"/>
      </w:pPr>
      <w:r>
        <w:t>I understand that reasonable efforts will be made to contact the parent, guardian, or emergency contact. If I cannot be reached promptly, I authorize necessary emergency care, including contacting emergency medical services, ambulance or other appropriate transportation, and evaluation or treatment by licensed medical professionals.</w:t>
      </w:r>
    </w:p>
    <w:p w14:paraId="7EFA626B" w14:textId="77777777" w:rsidR="00BB2D14" w:rsidRDefault="00BB2D14" w:rsidP="00BB2D14">
      <w:pPr>
        <w:spacing w:before="80" w:after="100" w:line="259" w:lineRule="auto"/>
      </w:pPr>
      <w:r>
        <w:t>I acknowledge that I am responsible for medical, emergency, ambulance, hospital, physician, rehabilitation, medication, follow-up care, and related expenses incurred as a result of participation, to the extent not covered by insurance.</w:t>
      </w:r>
    </w:p>
    <w:p w14:paraId="669EAE50" w14:textId="70928AC2" w:rsidR="00BB2D14" w:rsidRDefault="00BB2D14" w:rsidP="00BB2D14">
      <w:pPr>
        <w:spacing w:before="80" w:after="100" w:line="259" w:lineRule="auto"/>
      </w:pPr>
      <w:r>
        <w:t xml:space="preserve">I understand that Invictus Wrestling </w:t>
      </w:r>
      <w:r w:rsidR="36EB3DFD">
        <w:t xml:space="preserve">Inc </w:t>
      </w:r>
      <w:r>
        <w:t>representatives are not medical professionals unless specifically identified as such. Any first aid provided will be limited to basic support within the scope of available training, supplies, and circumstances. I agree to provide accurate, current information about allergies, medications, medical conditions, prior injuries, activity restrictions, and emergency action plans, and to update that information promptly.</w:t>
      </w:r>
    </w:p>
    <w:tbl>
      <w:tblPr>
        <w:tblW w:w="10830" w:type="dxa"/>
        <w:jc w:val="center"/>
        <w:tblLayout w:type="fixed"/>
        <w:tblLook w:val="04A0" w:firstRow="1" w:lastRow="0" w:firstColumn="1" w:lastColumn="0" w:noHBand="0" w:noVBand="1"/>
      </w:tblPr>
      <w:tblGrid>
        <w:gridCol w:w="5166"/>
        <w:gridCol w:w="5549"/>
        <w:gridCol w:w="115"/>
      </w:tblGrid>
      <w:tr w:rsidR="00BB2D14" w14:paraId="7A70ED14" w14:textId="77777777" w:rsidTr="003A43A8">
        <w:trPr>
          <w:jc w:val="center"/>
        </w:trPr>
        <w:tc>
          <w:tcPr>
            <w:tcW w:w="516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70920E3F" w14:textId="77777777" w:rsidR="00BB2D14" w:rsidRDefault="00BB2D14" w:rsidP="006B75ED">
            <w:pPr>
              <w:spacing w:after="20"/>
            </w:pPr>
            <w:r>
              <w:rPr>
                <w:b/>
                <w:sz w:val="17"/>
              </w:rPr>
              <w:t>Emergency contact name</w:t>
            </w:r>
          </w:p>
          <w:p w14:paraId="2E398943" w14:textId="77777777" w:rsidR="00BB2D14" w:rsidRDefault="00BB2D14" w:rsidP="006B75ED">
            <w:pPr>
              <w:pBdr>
                <w:bottom w:val="single" w:sz="6" w:space="0" w:color="808080"/>
              </w:pBdr>
              <w:spacing w:after="0"/>
            </w:pPr>
            <w:r>
              <w:t xml:space="preserve"> </w:t>
            </w:r>
          </w:p>
        </w:tc>
        <w:tc>
          <w:tcPr>
            <w:tcW w:w="5664"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7053AB46" w14:textId="37BC7D1B" w:rsidR="00BB2D14" w:rsidRDefault="67F799A5" w:rsidP="336D4397">
            <w:pPr>
              <w:spacing w:after="20"/>
              <w:rPr>
                <w:b/>
                <w:bCs/>
                <w:sz w:val="17"/>
                <w:szCs w:val="17"/>
              </w:rPr>
            </w:pPr>
            <w:r w:rsidRPr="336D4397">
              <w:rPr>
                <w:b/>
                <w:bCs/>
                <w:sz w:val="17"/>
                <w:szCs w:val="17"/>
              </w:rPr>
              <w:t>Relationship</w:t>
            </w:r>
          </w:p>
          <w:p w14:paraId="54DE97C3" w14:textId="77777777" w:rsidR="00BB2D14" w:rsidRDefault="00BB2D14" w:rsidP="006B75ED">
            <w:pPr>
              <w:pBdr>
                <w:bottom w:val="single" w:sz="6" w:space="0" w:color="808080"/>
              </w:pBdr>
              <w:spacing w:after="0"/>
            </w:pPr>
            <w:r>
              <w:t xml:space="preserve"> </w:t>
            </w:r>
          </w:p>
        </w:tc>
      </w:tr>
      <w:tr w:rsidR="336D4397" w14:paraId="6E127A0B" w14:textId="77777777" w:rsidTr="003A43A8">
        <w:trPr>
          <w:trHeight w:val="300"/>
          <w:jc w:val="center"/>
        </w:trPr>
        <w:tc>
          <w:tcPr>
            <w:tcW w:w="516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2251B6CF" w14:textId="77777777" w:rsidR="04F744D5" w:rsidRDefault="04F744D5" w:rsidP="336D4397">
            <w:pPr>
              <w:spacing w:after="20"/>
            </w:pPr>
            <w:r w:rsidRPr="336D4397">
              <w:rPr>
                <w:b/>
                <w:bCs/>
                <w:sz w:val="17"/>
                <w:szCs w:val="17"/>
              </w:rPr>
              <w:t>Emergency contact phone</w:t>
            </w:r>
          </w:p>
          <w:p w14:paraId="1AAAE4C8" w14:textId="29AB677C" w:rsidR="336D4397" w:rsidRDefault="336D4397" w:rsidP="336D4397">
            <w:pPr>
              <w:pBdr>
                <w:bottom w:val="single" w:sz="6" w:space="0" w:color="808080"/>
              </w:pBdr>
              <w:spacing w:after="0"/>
            </w:pPr>
          </w:p>
        </w:tc>
        <w:tc>
          <w:tcPr>
            <w:tcW w:w="5664"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21396335" w14:textId="6181F143" w:rsidR="336D4397" w:rsidRDefault="336D4397" w:rsidP="336D4397">
            <w:pPr>
              <w:spacing w:after="20"/>
            </w:pPr>
            <w:r w:rsidRPr="336D4397">
              <w:rPr>
                <w:b/>
                <w:bCs/>
                <w:sz w:val="17"/>
                <w:szCs w:val="17"/>
              </w:rPr>
              <w:t>Emergency contact</w:t>
            </w:r>
            <w:r w:rsidR="5CB18042" w:rsidRPr="336D4397">
              <w:rPr>
                <w:b/>
                <w:bCs/>
                <w:sz w:val="17"/>
                <w:szCs w:val="17"/>
              </w:rPr>
              <w:t xml:space="preserve"> alternate</w:t>
            </w:r>
            <w:r w:rsidRPr="336D4397">
              <w:rPr>
                <w:b/>
                <w:bCs/>
                <w:sz w:val="17"/>
                <w:szCs w:val="17"/>
              </w:rPr>
              <w:t xml:space="preserve"> phone</w:t>
            </w:r>
          </w:p>
          <w:p w14:paraId="765A4991" w14:textId="77777777" w:rsidR="336D4397" w:rsidRDefault="336D4397" w:rsidP="336D4397">
            <w:pPr>
              <w:pBdr>
                <w:bottom w:val="single" w:sz="6" w:space="0" w:color="808080"/>
              </w:pBdr>
              <w:spacing w:after="0"/>
            </w:pPr>
            <w:r>
              <w:t xml:space="preserve"> </w:t>
            </w:r>
          </w:p>
        </w:tc>
      </w:tr>
      <w:tr w:rsidR="00BB2D14" w14:paraId="681F0E1E" w14:textId="77777777" w:rsidTr="003A43A8">
        <w:trPr>
          <w:jc w:val="center"/>
        </w:trPr>
        <w:tc>
          <w:tcPr>
            <w:tcW w:w="1083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04FA5E8C" w14:textId="102A7BA9" w:rsidR="00BB2D14" w:rsidRDefault="00BB2D14" w:rsidP="008F62AE">
            <w:pPr>
              <w:spacing w:after="20"/>
            </w:pPr>
            <w:r w:rsidRPr="336D4397">
              <w:rPr>
                <w:b/>
                <w:bCs/>
                <w:sz w:val="17"/>
                <w:szCs w:val="17"/>
              </w:rPr>
              <w:t>Allergies, medications, medical conditions, restrictions, or emergency instructions</w:t>
            </w:r>
            <w:r w:rsidR="7A89B512" w:rsidRPr="336D4397">
              <w:rPr>
                <w:b/>
                <w:bCs/>
                <w:sz w:val="17"/>
                <w:szCs w:val="17"/>
              </w:rPr>
              <w:t xml:space="preserve">             </w:t>
            </w:r>
            <w:r w:rsidR="773CDE12" w:rsidRPr="336D4397">
              <w:rPr>
                <w:b/>
                <w:bCs/>
                <w:sz w:val="17"/>
                <w:szCs w:val="17"/>
              </w:rPr>
              <w:t xml:space="preserve">  </w:t>
            </w:r>
            <w:r w:rsidR="138F1EA7" w:rsidRPr="336D4397">
              <w:rPr>
                <w:b/>
                <w:bCs/>
              </w:rPr>
              <w:t>☐ None</w:t>
            </w:r>
          </w:p>
          <w:p w14:paraId="3D35DBB4" w14:textId="77777777" w:rsidR="00BB2D14" w:rsidRDefault="00BB2D14" w:rsidP="336D4397">
            <w:pPr>
              <w:pBdr>
                <w:bottom w:val="single" w:sz="6" w:space="0" w:color="808080"/>
              </w:pBdr>
              <w:spacing w:after="0"/>
            </w:pPr>
          </w:p>
          <w:p w14:paraId="20975185" w14:textId="4AC818E7" w:rsidR="008F62AE" w:rsidRDefault="008F62AE" w:rsidP="336D4397">
            <w:pPr>
              <w:pBdr>
                <w:bottom w:val="single" w:sz="6" w:space="0" w:color="808080"/>
              </w:pBdr>
              <w:spacing w:after="0"/>
            </w:pPr>
          </w:p>
        </w:tc>
      </w:tr>
      <w:tr w:rsidR="00BB2D14" w14:paraId="241E503F" w14:textId="77777777" w:rsidTr="003A43A8">
        <w:trPr>
          <w:gridAfter w:val="1"/>
          <w:wAfter w:w="115" w:type="dxa"/>
          <w:jc w:val="center"/>
        </w:trPr>
        <w:tc>
          <w:tcPr>
            <w:tcW w:w="10715" w:type="dxa"/>
            <w:gridSpan w:val="2"/>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shd w:val="clear" w:color="auto" w:fill="7F7F7F" w:themeFill="text1" w:themeFillTint="80"/>
            <w:tcMar>
              <w:top w:w="75" w:type="dxa"/>
              <w:left w:w="120" w:type="dxa"/>
              <w:bottom w:w="75" w:type="dxa"/>
              <w:right w:w="120" w:type="dxa"/>
            </w:tcMar>
          </w:tcPr>
          <w:p w14:paraId="0A6D7496" w14:textId="77777777" w:rsidR="00BB2D14" w:rsidRDefault="00BB2D14" w:rsidP="006B75ED">
            <w:pPr>
              <w:keepNext/>
              <w:spacing w:after="0"/>
            </w:pPr>
            <w:r>
              <w:rPr>
                <w:b/>
                <w:color w:val="FFFFFF"/>
              </w:rPr>
              <w:lastRenderedPageBreak/>
              <w:t>5. HEALTH &amp; FITNESS CERTIFICATION</w:t>
            </w:r>
          </w:p>
        </w:tc>
      </w:tr>
    </w:tbl>
    <w:p w14:paraId="39F94BBE" w14:textId="77777777" w:rsidR="00BB2D14" w:rsidRDefault="00BB2D14" w:rsidP="00BB2D14">
      <w:pPr>
        <w:spacing w:before="80" w:after="120" w:line="259" w:lineRule="auto"/>
      </w:pPr>
      <w:r>
        <w:t>I certify that the participant is physically and medically capable of safely participating in wrestling activities. I agree to disclose any medical conditions, injuries, restrictions, or limitations that may affect participation and to obtain medical clearance when requested or required.</w:t>
      </w:r>
    </w:p>
    <w:p w14:paraId="409395EC" w14:textId="77777777" w:rsidR="00DB74D9" w:rsidRDefault="00DB74D9" w:rsidP="00BB2D14">
      <w:pPr>
        <w:spacing w:before="80" w:after="120" w:line="259" w:lineRule="auto"/>
      </w:pPr>
    </w:p>
    <w:tbl>
      <w:tblPr>
        <w:tblW w:w="0" w:type="auto"/>
        <w:jc w:val="center"/>
        <w:tblLayout w:type="fixed"/>
        <w:tblLook w:val="04A0" w:firstRow="1" w:lastRow="0" w:firstColumn="1" w:lastColumn="0" w:noHBand="0" w:noVBand="1"/>
      </w:tblPr>
      <w:tblGrid>
        <w:gridCol w:w="10710"/>
      </w:tblGrid>
      <w:tr w:rsidR="00BB2D14" w14:paraId="1E5B60C8" w14:textId="77777777" w:rsidTr="003A43A8">
        <w:trPr>
          <w:jc w:val="center"/>
        </w:trPr>
        <w:tc>
          <w:tcPr>
            <w:tcW w:w="10710"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2BDB7D1C" w14:textId="77777777" w:rsidR="00BB2D14" w:rsidRDefault="00BB2D14" w:rsidP="006B75ED">
            <w:pPr>
              <w:keepNext/>
              <w:spacing w:after="0"/>
            </w:pPr>
            <w:r>
              <w:rPr>
                <w:b/>
                <w:color w:val="FFFFFF"/>
              </w:rPr>
              <w:t>6. EQUIPMENT &amp; SAFETY COMPLIANCE</w:t>
            </w:r>
          </w:p>
        </w:tc>
      </w:tr>
    </w:tbl>
    <w:p w14:paraId="329CA8AE" w14:textId="77777777" w:rsidR="00BB2D14" w:rsidRDefault="00BB2D14" w:rsidP="00BB2D14">
      <w:pPr>
        <w:spacing w:before="80" w:after="120" w:line="259" w:lineRule="auto"/>
      </w:pPr>
      <w:r>
        <w:t>I understand that facilities and equipment may involve risks and that no representation can eliminate all risks associated with their use. I agree that the athlete will:</w:t>
      </w:r>
    </w:p>
    <w:p w14:paraId="3EFFF4C0" w14:textId="77777777" w:rsidR="00BB2D14" w:rsidRDefault="00BB2D14" w:rsidP="00BB2D14">
      <w:pPr>
        <w:spacing w:after="40"/>
        <w:ind w:left="432" w:hanging="259"/>
      </w:pPr>
      <w:r>
        <w:rPr>
          <w:b/>
        </w:rPr>
        <w:t xml:space="preserve">☐ </w:t>
      </w:r>
      <w:r>
        <w:t>Follow all rules, instructions, and safety protocols.</w:t>
      </w:r>
    </w:p>
    <w:p w14:paraId="7C5D45E9" w14:textId="77777777" w:rsidR="00BB2D14" w:rsidRDefault="00BB2D14" w:rsidP="00BB2D14">
      <w:pPr>
        <w:spacing w:after="40"/>
        <w:ind w:left="432" w:hanging="259"/>
      </w:pPr>
      <w:r>
        <w:rPr>
          <w:b/>
        </w:rPr>
        <w:t xml:space="preserve">☐ </w:t>
      </w:r>
      <w:r>
        <w:t>Wear required protective equipment.</w:t>
      </w:r>
    </w:p>
    <w:p w14:paraId="214FE585" w14:textId="77777777" w:rsidR="00BB2D14" w:rsidRDefault="00BB2D14" w:rsidP="00BB2D14">
      <w:pPr>
        <w:spacing w:after="40"/>
        <w:ind w:left="432" w:hanging="259"/>
      </w:pPr>
      <w:r>
        <w:rPr>
          <w:b/>
        </w:rPr>
        <w:t xml:space="preserve">☐ </w:t>
      </w:r>
      <w:r>
        <w:t>Comply promptly with coach instructions.</w:t>
      </w:r>
    </w:p>
    <w:p w14:paraId="1124EC1F" w14:textId="77777777" w:rsidR="00BB2D14" w:rsidRDefault="00BB2D14" w:rsidP="00BB2D14">
      <w:pPr>
        <w:spacing w:after="40"/>
        <w:ind w:left="432" w:hanging="259"/>
      </w:pPr>
      <w:r>
        <w:rPr>
          <w:b/>
        </w:rPr>
        <w:t xml:space="preserve">☐ </w:t>
      </w:r>
      <w:r>
        <w:t>Refrain from unsafe, aggressive, or unsportsmanlike behavior.</w:t>
      </w:r>
    </w:p>
    <w:p w14:paraId="50831BB5" w14:textId="77777777" w:rsidR="00BB2D14" w:rsidRDefault="00BB2D14" w:rsidP="00BB2D14">
      <w:pPr>
        <w:spacing w:before="80" w:after="120" w:line="259" w:lineRule="auto"/>
      </w:pPr>
      <w:r>
        <w:t>I understand that failure to comply with safety or conduct requirements may result in removal from activities without refund.</w:t>
      </w:r>
    </w:p>
    <w:p w14:paraId="76925E01" w14:textId="77777777" w:rsidR="00DB74D9" w:rsidRDefault="00DB74D9" w:rsidP="00BB2D14">
      <w:pPr>
        <w:spacing w:before="80" w:after="120" w:line="259" w:lineRule="auto"/>
      </w:pPr>
    </w:p>
    <w:tbl>
      <w:tblPr>
        <w:tblW w:w="0" w:type="auto"/>
        <w:jc w:val="center"/>
        <w:tblLayout w:type="fixed"/>
        <w:tblLook w:val="04A0" w:firstRow="1" w:lastRow="0" w:firstColumn="1" w:lastColumn="0" w:noHBand="0" w:noVBand="1"/>
      </w:tblPr>
      <w:tblGrid>
        <w:gridCol w:w="10710"/>
      </w:tblGrid>
      <w:tr w:rsidR="00BB2D14" w14:paraId="0CA6D61A" w14:textId="77777777" w:rsidTr="003A43A8">
        <w:trPr>
          <w:jc w:val="center"/>
        </w:trPr>
        <w:tc>
          <w:tcPr>
            <w:tcW w:w="10710"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50CABC4E" w14:textId="77777777" w:rsidR="00BB2D14" w:rsidRDefault="00BB2D14" w:rsidP="006B75ED">
            <w:pPr>
              <w:keepNext/>
              <w:spacing w:after="0"/>
            </w:pPr>
            <w:r>
              <w:rPr>
                <w:b/>
                <w:color w:val="FFFFFF"/>
              </w:rPr>
              <w:t>7. INDEMNIFICATION</w:t>
            </w:r>
          </w:p>
        </w:tc>
      </w:tr>
    </w:tbl>
    <w:p w14:paraId="77706E25" w14:textId="7FD5F8B0" w:rsidR="00BB2D14" w:rsidRDefault="00BB2D14" w:rsidP="00BB2D14">
      <w:pPr>
        <w:spacing w:before="80" w:after="120" w:line="259" w:lineRule="auto"/>
      </w:pPr>
      <w:r>
        <w:t>To the extent permitted by applicable law, I agree to indemnify, defend, and hold harmless the Releasees from claims, damages, costs, or expenses, including reasonable attorney’s fees, arising from the athlete’s conduct or involvement in Invictus Wrestling Inc activities, including qualifying claims brought by third parties.</w:t>
      </w:r>
    </w:p>
    <w:p w14:paraId="2B583A03" w14:textId="6A395C10" w:rsidR="00F7414A" w:rsidRDefault="00F7414A">
      <w:r>
        <w:br w:type="page"/>
      </w:r>
    </w:p>
    <w:tbl>
      <w:tblPr>
        <w:tblW w:w="0" w:type="auto"/>
        <w:jc w:val="center"/>
        <w:tblLayout w:type="fixed"/>
        <w:tblLook w:val="04A0" w:firstRow="1" w:lastRow="0" w:firstColumn="1" w:lastColumn="0" w:noHBand="0" w:noVBand="1"/>
      </w:tblPr>
      <w:tblGrid>
        <w:gridCol w:w="10656"/>
      </w:tblGrid>
      <w:tr w:rsidR="00BB2D14" w14:paraId="0C8D4248" w14:textId="77777777" w:rsidTr="336D4397">
        <w:trPr>
          <w:jc w:val="center"/>
        </w:trPr>
        <w:tc>
          <w:tcPr>
            <w:tcW w:w="10656" w:type="dxa"/>
            <w:tcBorders>
              <w:top w:val="single" w:sz="0" w:space="0" w:color="7F7F7F" w:themeColor="text1" w:themeTint="80"/>
              <w:left w:val="single" w:sz="0" w:space="0" w:color="7F7F7F" w:themeColor="text1" w:themeTint="80"/>
              <w:bottom w:val="single" w:sz="0" w:space="0" w:color="7F7F7F" w:themeColor="text1" w:themeTint="80"/>
              <w:right w:val="single" w:sz="0" w:space="0" w:color="7F7F7F" w:themeColor="text1" w:themeTint="80"/>
            </w:tcBorders>
            <w:shd w:val="clear" w:color="auto" w:fill="7F7F7F" w:themeFill="text1" w:themeFillTint="80"/>
            <w:tcMar>
              <w:top w:w="75" w:type="dxa"/>
              <w:left w:w="120" w:type="dxa"/>
              <w:bottom w:w="75" w:type="dxa"/>
              <w:right w:w="120" w:type="dxa"/>
            </w:tcMar>
          </w:tcPr>
          <w:p w14:paraId="2F3E8551" w14:textId="77777777" w:rsidR="00BB2D14" w:rsidRDefault="00BB2D14" w:rsidP="006B75ED">
            <w:pPr>
              <w:keepNext/>
              <w:spacing w:after="0"/>
            </w:pPr>
            <w:r>
              <w:rPr>
                <w:b/>
                <w:color w:val="FFFFFF"/>
              </w:rPr>
              <w:lastRenderedPageBreak/>
              <w:t>ACKNOWLEDGMENT OF PARTICIPATION WAIVER &amp; RELEASE OF LIABILITY</w:t>
            </w:r>
          </w:p>
        </w:tc>
      </w:tr>
    </w:tbl>
    <w:p w14:paraId="11A0A46D" w14:textId="1FC3F02E" w:rsidR="2D64AA5E" w:rsidRDefault="2D1610F1" w:rsidP="68EF6F5B">
      <w:pPr>
        <w:spacing w:before="80" w:after="120" w:line="259" w:lineRule="auto"/>
      </w:pPr>
      <w:r w:rsidRPr="68EF6F5B">
        <w:t>This Participation Waiver, Release of Liability, Assumption of Risk Agreement, and Medical Authorization ("Agreement") shall become effective on the date it is signed by the Participant's Parent or Legal Guardian (the "Effective Date").</w:t>
      </w:r>
    </w:p>
    <w:p w14:paraId="5246B7A5" w14:textId="7DAAFED4" w:rsidR="2D64AA5E" w:rsidRDefault="2D1610F1" w:rsidP="68EF6F5B">
      <w:pPr>
        <w:spacing w:before="80" w:after="120" w:line="259" w:lineRule="auto"/>
      </w:pPr>
      <w:r w:rsidRPr="68EF6F5B">
        <w:t>This Agreement shall remain in full force and effect for all activities sponsored, organized, hosted, conducted, or sanctioned by Invictus Wrestling Inc, including but not limited to practices, conditioning sessions, camps, clinics, competitions, tournaments, travel events, fundraising activities, volunteer activities, and any related programs or events, for as long as the Participant remains involved with Invictus Wrestling Inc, unless and until superseded by a subsequently executed agreement.</w:t>
      </w:r>
    </w:p>
    <w:p w14:paraId="02516400" w14:textId="410FB6E5" w:rsidR="2D64AA5E" w:rsidRDefault="2D1610F1" w:rsidP="68EF6F5B">
      <w:pPr>
        <w:spacing w:before="80" w:after="120" w:line="259" w:lineRule="auto"/>
      </w:pPr>
      <w:r w:rsidRPr="68EF6F5B">
        <w:t>The Parent/Legal Guardian acknowledges that participation in future Invictus Wrestling Inc activities, programs, or events shall continue to be governed by the terms of this Agreement without the necessity of executing a new waiver for each individual activity, unless otherwise required by Invictus Wrestling</w:t>
      </w:r>
      <w:r w:rsidR="3E5C9593" w:rsidRPr="68EF6F5B">
        <w:t xml:space="preserve"> Inc</w:t>
      </w:r>
      <w:r w:rsidRPr="68EF6F5B">
        <w:t>.</w:t>
      </w:r>
    </w:p>
    <w:p w14:paraId="4574EE9E" w14:textId="75D4BD8E" w:rsidR="6F360D63" w:rsidRDefault="768A067F" w:rsidP="68EF6F5B">
      <w:pPr>
        <w:spacing w:before="80" w:after="120" w:line="259" w:lineRule="auto"/>
      </w:pPr>
      <w:r w:rsidRPr="68EF6F5B">
        <w:t>I acknowledge that I have carefully read this Participation Waiver, Release of Liability, Assumption of Risk Agreement, and Medical Authorization in its entirety. I understand its terms and voluntarily agree to be bound by them.</w:t>
      </w:r>
    </w:p>
    <w:p w14:paraId="66D48C9F" w14:textId="6444D7AD" w:rsidR="6F360D63" w:rsidRDefault="768A067F" w:rsidP="68EF6F5B">
      <w:pPr>
        <w:spacing w:before="80" w:after="120" w:line="259" w:lineRule="auto"/>
      </w:pPr>
      <w:r w:rsidRPr="5DBD8A1B">
        <w:t>If the Participant is under eighteen (18) years of age, I certify that I am the Participant's parent or legal guardian and that I have the legal authority to execute this Agreement on the Participant's behalf. I further represent that I have the authority to make decisions regarding the Participant's participation in Invictus Wrestling activities and to consent to emergency medical treatment as provided herein. To the fullest extent permitted by applicable law, I agree to the terms of this Agreement on behalf of myself and the Participant.</w:t>
      </w:r>
    </w:p>
    <w:p w14:paraId="503C27FA" w14:textId="6F42FB6E" w:rsidR="6F360D63" w:rsidRDefault="768A067F" w:rsidP="68EF6F5B">
      <w:pPr>
        <w:spacing w:before="80" w:after="120" w:line="259" w:lineRule="auto"/>
      </w:pPr>
      <w:r w:rsidRPr="68EF6F5B">
        <w:t>By signing below, I acknowledge that I have had the opportunity to ask questions regarding this Agreement, understand the risks associated with participation in Invictus Wrestling activities, and voluntarily accept and assume those risks.</w:t>
      </w:r>
    </w:p>
    <w:tbl>
      <w:tblPr>
        <w:tblW w:w="0" w:type="auto"/>
        <w:jc w:val="center"/>
        <w:tblLayout w:type="fixed"/>
        <w:tblLook w:val="04A0" w:firstRow="1" w:lastRow="0" w:firstColumn="1" w:lastColumn="0" w:noHBand="0" w:noVBand="1"/>
      </w:tblPr>
      <w:tblGrid>
        <w:gridCol w:w="6125"/>
        <w:gridCol w:w="4541"/>
      </w:tblGrid>
      <w:tr w:rsidR="00BB2D14" w14:paraId="6027F52C" w14:textId="77777777" w:rsidTr="336D4397">
        <w:trPr>
          <w:jc w:val="center"/>
        </w:trPr>
        <w:tc>
          <w:tcPr>
            <w:tcW w:w="10666"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504905C2" w14:textId="77777777" w:rsidR="00BB2D14" w:rsidRDefault="00BB2D14" w:rsidP="006B75ED">
            <w:pPr>
              <w:spacing w:after="20"/>
            </w:pPr>
            <w:r>
              <w:rPr>
                <w:b/>
                <w:sz w:val="17"/>
              </w:rPr>
              <w:t>Wrestler name</w:t>
            </w:r>
          </w:p>
          <w:p w14:paraId="1C6EC27D" w14:textId="77777777" w:rsidR="00BB2D14" w:rsidRDefault="00BB2D14" w:rsidP="006B75ED">
            <w:pPr>
              <w:pBdr>
                <w:bottom w:val="single" w:sz="6" w:space="0" w:color="808080"/>
              </w:pBdr>
              <w:spacing w:after="0"/>
            </w:pPr>
            <w:r>
              <w:t xml:space="preserve"> </w:t>
            </w:r>
          </w:p>
        </w:tc>
      </w:tr>
      <w:tr w:rsidR="00BB2D14" w14:paraId="6E6889B4" w14:textId="77777777" w:rsidTr="003A43A8">
        <w:trPr>
          <w:jc w:val="center"/>
        </w:trPr>
        <w:tc>
          <w:tcPr>
            <w:tcW w:w="61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77F588ED" w14:textId="77777777" w:rsidR="00BB2D14" w:rsidRDefault="00BB2D14" w:rsidP="006B75ED">
            <w:pPr>
              <w:spacing w:after="20"/>
            </w:pPr>
            <w:r>
              <w:rPr>
                <w:b/>
                <w:sz w:val="17"/>
              </w:rPr>
              <w:t>Parent/guardian signature</w:t>
            </w:r>
          </w:p>
          <w:p w14:paraId="2192D42D" w14:textId="77777777" w:rsidR="00BB2D14" w:rsidRDefault="00BB2D14" w:rsidP="006B75ED">
            <w:pPr>
              <w:pBdr>
                <w:bottom w:val="single" w:sz="6" w:space="0" w:color="808080"/>
              </w:pBdr>
              <w:spacing w:after="0"/>
            </w:pPr>
            <w:r>
              <w:t xml:space="preserve"> </w:t>
            </w:r>
          </w:p>
        </w:tc>
        <w:tc>
          <w:tcPr>
            <w:tcW w:w="454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18E2815D" w14:textId="60F7C7D1" w:rsidR="00BB2D14" w:rsidRDefault="565EC10B" w:rsidP="006B75ED">
            <w:pPr>
              <w:spacing w:after="20"/>
            </w:pPr>
            <w:r w:rsidRPr="336D4397">
              <w:rPr>
                <w:b/>
                <w:bCs/>
                <w:sz w:val="17"/>
                <w:szCs w:val="17"/>
              </w:rPr>
              <w:t xml:space="preserve">Effective </w:t>
            </w:r>
            <w:r w:rsidR="00BB2D14" w:rsidRPr="336D4397">
              <w:rPr>
                <w:b/>
                <w:bCs/>
                <w:sz w:val="17"/>
                <w:szCs w:val="17"/>
              </w:rPr>
              <w:t>Date</w:t>
            </w:r>
          </w:p>
          <w:p w14:paraId="44899D68" w14:textId="77777777" w:rsidR="00BB2D14" w:rsidRDefault="00BB2D14" w:rsidP="006B75ED">
            <w:pPr>
              <w:pBdr>
                <w:bottom w:val="single" w:sz="6" w:space="0" w:color="808080"/>
              </w:pBdr>
              <w:spacing w:after="0"/>
            </w:pPr>
            <w:r>
              <w:t xml:space="preserve"> </w:t>
            </w:r>
          </w:p>
        </w:tc>
      </w:tr>
      <w:tr w:rsidR="00BB2D14" w14:paraId="296C5B19" w14:textId="77777777" w:rsidTr="003A43A8">
        <w:trPr>
          <w:jc w:val="center"/>
        </w:trPr>
        <w:tc>
          <w:tcPr>
            <w:tcW w:w="61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3B779FF3" w14:textId="77777777" w:rsidR="00BB2D14" w:rsidRDefault="00BB2D14" w:rsidP="006B75ED">
            <w:pPr>
              <w:spacing w:after="20"/>
            </w:pPr>
            <w:r>
              <w:rPr>
                <w:b/>
                <w:sz w:val="17"/>
              </w:rPr>
              <w:t>Printed name</w:t>
            </w:r>
          </w:p>
          <w:p w14:paraId="773FF3EF" w14:textId="77777777" w:rsidR="00BB2D14" w:rsidRDefault="00BB2D14" w:rsidP="006B75ED">
            <w:pPr>
              <w:pBdr>
                <w:bottom w:val="single" w:sz="6" w:space="0" w:color="808080"/>
              </w:pBdr>
              <w:spacing w:after="0"/>
            </w:pPr>
            <w:r>
              <w:t xml:space="preserve"> </w:t>
            </w:r>
          </w:p>
        </w:tc>
        <w:tc>
          <w:tcPr>
            <w:tcW w:w="454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6B7DFCAD" w14:textId="77777777" w:rsidR="00BB2D14" w:rsidRDefault="00BB2D14" w:rsidP="006B75ED">
            <w:pPr>
              <w:spacing w:after="20"/>
            </w:pPr>
            <w:r>
              <w:rPr>
                <w:b/>
                <w:sz w:val="17"/>
              </w:rPr>
              <w:t>Relationship to athlete</w:t>
            </w:r>
          </w:p>
          <w:p w14:paraId="5B536591" w14:textId="77777777" w:rsidR="00BB2D14" w:rsidRDefault="00BB2D14" w:rsidP="006B75ED">
            <w:pPr>
              <w:pBdr>
                <w:bottom w:val="single" w:sz="6" w:space="0" w:color="808080"/>
              </w:pBdr>
              <w:spacing w:after="0"/>
            </w:pPr>
            <w:r>
              <w:t xml:space="preserve"> </w:t>
            </w:r>
          </w:p>
        </w:tc>
      </w:tr>
      <w:tr w:rsidR="00BB2D14" w14:paraId="70688556" w14:textId="77777777" w:rsidTr="003A43A8">
        <w:trPr>
          <w:jc w:val="center"/>
        </w:trPr>
        <w:tc>
          <w:tcPr>
            <w:tcW w:w="61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3CEF8561" w14:textId="77777777" w:rsidR="00BB2D14" w:rsidRDefault="00BB2D14" w:rsidP="006B75ED">
            <w:pPr>
              <w:spacing w:after="20"/>
            </w:pPr>
            <w:r>
              <w:rPr>
                <w:b/>
                <w:sz w:val="17"/>
              </w:rPr>
              <w:t>Athlete signature, if 18 or older</w:t>
            </w:r>
          </w:p>
          <w:p w14:paraId="4BDCB606" w14:textId="77777777" w:rsidR="00BB2D14" w:rsidRDefault="00BB2D14" w:rsidP="006B75ED">
            <w:pPr>
              <w:pBdr>
                <w:bottom w:val="single" w:sz="6" w:space="0" w:color="808080"/>
              </w:pBdr>
              <w:spacing w:after="0"/>
            </w:pPr>
            <w:r>
              <w:t xml:space="preserve"> </w:t>
            </w:r>
          </w:p>
        </w:tc>
        <w:tc>
          <w:tcPr>
            <w:tcW w:w="454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6D3FF193" w14:textId="0D4E3E26" w:rsidR="00BB2D14" w:rsidRDefault="48481433" w:rsidP="006B75ED">
            <w:pPr>
              <w:spacing w:after="20"/>
            </w:pPr>
            <w:r w:rsidRPr="336D4397">
              <w:rPr>
                <w:b/>
                <w:bCs/>
                <w:sz w:val="17"/>
                <w:szCs w:val="17"/>
              </w:rPr>
              <w:t xml:space="preserve">Effective </w:t>
            </w:r>
            <w:r w:rsidR="00BB2D14" w:rsidRPr="336D4397">
              <w:rPr>
                <w:b/>
                <w:bCs/>
                <w:sz w:val="17"/>
                <w:szCs w:val="17"/>
              </w:rPr>
              <w:t>Date</w:t>
            </w:r>
          </w:p>
          <w:p w14:paraId="492375BC" w14:textId="77777777" w:rsidR="00BB2D14" w:rsidRDefault="00BB2D14" w:rsidP="006B75ED">
            <w:pPr>
              <w:pBdr>
                <w:bottom w:val="single" w:sz="6" w:space="0" w:color="808080"/>
              </w:pBdr>
              <w:spacing w:after="0"/>
            </w:pPr>
            <w:r>
              <w:t xml:space="preserve"> </w:t>
            </w:r>
          </w:p>
        </w:tc>
      </w:tr>
      <w:tr w:rsidR="00BB2D14" w14:paraId="197468D2" w14:textId="77777777" w:rsidTr="003A43A8">
        <w:trPr>
          <w:jc w:val="center"/>
        </w:trPr>
        <w:tc>
          <w:tcPr>
            <w:tcW w:w="612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74D01E7D" w14:textId="2C4476D7" w:rsidR="00BB2D14" w:rsidRDefault="00BB2D14" w:rsidP="006B75ED">
            <w:pPr>
              <w:spacing w:after="20"/>
            </w:pPr>
            <w:r w:rsidRPr="336D4397">
              <w:rPr>
                <w:b/>
                <w:bCs/>
                <w:sz w:val="17"/>
                <w:szCs w:val="17"/>
              </w:rPr>
              <w:t>Invictus Wrestling Inc representative</w:t>
            </w:r>
          </w:p>
          <w:p w14:paraId="6F2E9120" w14:textId="77777777" w:rsidR="00BB2D14" w:rsidRDefault="00BB2D14" w:rsidP="006B75ED">
            <w:pPr>
              <w:pBdr>
                <w:bottom w:val="single" w:sz="6" w:space="0" w:color="808080"/>
              </w:pBdr>
              <w:spacing w:after="0"/>
            </w:pPr>
            <w:r>
              <w:t xml:space="preserve"> </w:t>
            </w:r>
          </w:p>
        </w:tc>
        <w:tc>
          <w:tcPr>
            <w:tcW w:w="454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6882723B" w14:textId="7990036E" w:rsidR="00BB2D14" w:rsidRDefault="61FA92C7" w:rsidP="006B75ED">
            <w:pPr>
              <w:spacing w:after="20"/>
            </w:pPr>
            <w:r w:rsidRPr="336D4397">
              <w:rPr>
                <w:b/>
                <w:bCs/>
                <w:sz w:val="17"/>
                <w:szCs w:val="17"/>
              </w:rPr>
              <w:t xml:space="preserve">Effective </w:t>
            </w:r>
            <w:r w:rsidR="00BB2D14" w:rsidRPr="336D4397">
              <w:rPr>
                <w:b/>
                <w:bCs/>
                <w:sz w:val="17"/>
                <w:szCs w:val="17"/>
              </w:rPr>
              <w:t>Date</w:t>
            </w:r>
          </w:p>
          <w:p w14:paraId="6F653A24" w14:textId="77777777" w:rsidR="00BB2D14" w:rsidRDefault="00BB2D14" w:rsidP="006B75ED">
            <w:pPr>
              <w:pBdr>
                <w:bottom w:val="single" w:sz="6" w:space="0" w:color="808080"/>
              </w:pBdr>
              <w:spacing w:after="0"/>
            </w:pPr>
            <w:r>
              <w:t xml:space="preserve"> </w:t>
            </w:r>
          </w:p>
        </w:tc>
      </w:tr>
    </w:tbl>
    <w:p w14:paraId="21E60FF1" w14:textId="77777777" w:rsidR="00BB2D14" w:rsidRDefault="00BB2D14" w:rsidP="00BB2D14"/>
    <w:p w14:paraId="68F8623A" w14:textId="22199845" w:rsidR="00C96BF7" w:rsidRPr="00C96BF7" w:rsidRDefault="00C96BF7" w:rsidP="336D4397"/>
    <w:sectPr w:rsidR="00C96BF7" w:rsidRPr="00C96BF7" w:rsidSect="00AF5F98">
      <w:headerReference w:type="even" r:id="rId8"/>
      <w:headerReference w:type="default" r:id="rId9"/>
      <w:footerReference w:type="even" r:id="rId10"/>
      <w:footerReference w:type="default" r:id="rId11"/>
      <w:headerReference w:type="first" r:id="rId12"/>
      <w:footerReference w:type="first" r:id="rId13"/>
      <w:pgSz w:w="12240" w:h="15840"/>
      <w:pgMar w:top="792" w:right="792" w:bottom="792" w:left="7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35DD" w14:textId="77777777" w:rsidR="002D02C8" w:rsidRDefault="002D02C8">
      <w:pPr>
        <w:spacing w:after="0" w:line="240" w:lineRule="auto"/>
      </w:pPr>
      <w:r>
        <w:separator/>
      </w:r>
    </w:p>
  </w:endnote>
  <w:endnote w:type="continuationSeparator" w:id="0">
    <w:p w14:paraId="686528BE" w14:textId="77777777" w:rsidR="002D02C8" w:rsidRDefault="002D0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C6C2" w14:textId="77777777" w:rsidR="00F277E7" w:rsidRDefault="00F27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7489" w14:textId="7D9F0B15" w:rsidR="005740AD" w:rsidRPr="00AF5F98" w:rsidRDefault="00AF5F98" w:rsidP="00AF5F98">
    <w:pPr>
      <w:pStyle w:val="Footer"/>
      <w:jc w:val="center"/>
    </w:pPr>
    <w:r>
      <w:rPr>
        <w:color w:val="7F7F7F"/>
        <w:sz w:val="15"/>
      </w:rPr>
      <w:t xml:space="preserve">Invictus Wrestling Inc | Participation Waiver &amp; Release of Liability | </w:t>
    </w:r>
    <w:r>
      <w:fldChar w:fldCharType="begin"/>
    </w:r>
    <w:r>
      <w:instrText>PAGE</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13F2" w14:textId="63DB3022" w:rsidR="00F277E7" w:rsidRDefault="00630859" w:rsidP="00630859">
    <w:pPr>
      <w:pStyle w:val="Footer"/>
      <w:jc w:val="center"/>
    </w:pPr>
    <w:r>
      <w:rPr>
        <w:color w:val="7F7F7F"/>
        <w:sz w:val="15"/>
      </w:rPr>
      <w:t xml:space="preserve">Invictus Wrestling Inc | Handbook Acknowledgment | </w:t>
    </w:r>
    <w:r>
      <w:fldChar w:fldCharType="begin"/>
    </w:r>
    <w:r>
      <w:instrText>PAGE</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A386" w14:textId="77777777" w:rsidR="002D02C8" w:rsidRDefault="002D02C8">
      <w:pPr>
        <w:spacing w:after="0" w:line="240" w:lineRule="auto"/>
      </w:pPr>
      <w:r>
        <w:separator/>
      </w:r>
    </w:p>
  </w:footnote>
  <w:footnote w:type="continuationSeparator" w:id="0">
    <w:p w14:paraId="29A13024" w14:textId="77777777" w:rsidR="002D02C8" w:rsidRDefault="002D0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5E4AF" w14:textId="77777777" w:rsidR="00F277E7" w:rsidRDefault="00F27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F684" w14:textId="77777777" w:rsidR="00F277E7" w:rsidRDefault="00F277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90EE" w14:textId="77777777" w:rsidR="00F277E7" w:rsidRDefault="00F27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2676847">
    <w:abstractNumId w:val="8"/>
  </w:num>
  <w:num w:numId="2" w16cid:durableId="1317802935">
    <w:abstractNumId w:val="6"/>
  </w:num>
  <w:num w:numId="3" w16cid:durableId="1103500531">
    <w:abstractNumId w:val="5"/>
  </w:num>
  <w:num w:numId="4" w16cid:durableId="1135879170">
    <w:abstractNumId w:val="4"/>
  </w:num>
  <w:num w:numId="5" w16cid:durableId="1657689704">
    <w:abstractNumId w:val="7"/>
  </w:num>
  <w:num w:numId="6" w16cid:durableId="199898905">
    <w:abstractNumId w:val="3"/>
  </w:num>
  <w:num w:numId="7" w16cid:durableId="1564098447">
    <w:abstractNumId w:val="2"/>
  </w:num>
  <w:num w:numId="8" w16cid:durableId="1642538362">
    <w:abstractNumId w:val="1"/>
  </w:num>
  <w:num w:numId="9" w16cid:durableId="1365861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5AD"/>
    <w:rsid w:val="0006063C"/>
    <w:rsid w:val="0015074B"/>
    <w:rsid w:val="001D3D3E"/>
    <w:rsid w:val="002531A3"/>
    <w:rsid w:val="0029639D"/>
    <w:rsid w:val="002D02C8"/>
    <w:rsid w:val="002D4356"/>
    <w:rsid w:val="003178E4"/>
    <w:rsid w:val="00326F90"/>
    <w:rsid w:val="003A43A8"/>
    <w:rsid w:val="003B31AE"/>
    <w:rsid w:val="00400C91"/>
    <w:rsid w:val="005740AD"/>
    <w:rsid w:val="005E00B6"/>
    <w:rsid w:val="00630859"/>
    <w:rsid w:val="00667784"/>
    <w:rsid w:val="007A7C86"/>
    <w:rsid w:val="00804B45"/>
    <w:rsid w:val="00823FCC"/>
    <w:rsid w:val="008D42F5"/>
    <w:rsid w:val="008F62AE"/>
    <w:rsid w:val="00A82C92"/>
    <w:rsid w:val="00AA1D8D"/>
    <w:rsid w:val="00AF5F98"/>
    <w:rsid w:val="00B47730"/>
    <w:rsid w:val="00BB2D14"/>
    <w:rsid w:val="00C96BF7"/>
    <w:rsid w:val="00CB0664"/>
    <w:rsid w:val="00DB74D9"/>
    <w:rsid w:val="00F1476A"/>
    <w:rsid w:val="00F277E7"/>
    <w:rsid w:val="00F7414A"/>
    <w:rsid w:val="00FC693F"/>
    <w:rsid w:val="02B76A6D"/>
    <w:rsid w:val="02E39DF6"/>
    <w:rsid w:val="04F744D5"/>
    <w:rsid w:val="0639E00C"/>
    <w:rsid w:val="0712E949"/>
    <w:rsid w:val="0878BABB"/>
    <w:rsid w:val="08F03E36"/>
    <w:rsid w:val="0A7B6531"/>
    <w:rsid w:val="0AEB7CFD"/>
    <w:rsid w:val="0AEE524A"/>
    <w:rsid w:val="0DE09BC2"/>
    <w:rsid w:val="0F8746ED"/>
    <w:rsid w:val="0F955D38"/>
    <w:rsid w:val="0FDA5D27"/>
    <w:rsid w:val="138F1EA7"/>
    <w:rsid w:val="14670C25"/>
    <w:rsid w:val="14A56F5E"/>
    <w:rsid w:val="1D73869E"/>
    <w:rsid w:val="226A06F1"/>
    <w:rsid w:val="226F81C9"/>
    <w:rsid w:val="25984575"/>
    <w:rsid w:val="2923CA29"/>
    <w:rsid w:val="29BA0E96"/>
    <w:rsid w:val="2B667E99"/>
    <w:rsid w:val="2B8CB6B2"/>
    <w:rsid w:val="2D1610F1"/>
    <w:rsid w:val="2D64AA5E"/>
    <w:rsid w:val="2F8C63F5"/>
    <w:rsid w:val="336D4397"/>
    <w:rsid w:val="33D0AA63"/>
    <w:rsid w:val="36278867"/>
    <w:rsid w:val="36EB3DFD"/>
    <w:rsid w:val="37050789"/>
    <w:rsid w:val="3E458634"/>
    <w:rsid w:val="3E5C9593"/>
    <w:rsid w:val="42968069"/>
    <w:rsid w:val="43912762"/>
    <w:rsid w:val="44A55197"/>
    <w:rsid w:val="46208D12"/>
    <w:rsid w:val="48481433"/>
    <w:rsid w:val="4E13CFA1"/>
    <w:rsid w:val="5046E410"/>
    <w:rsid w:val="51E82FBB"/>
    <w:rsid w:val="565EC10B"/>
    <w:rsid w:val="5AF8529E"/>
    <w:rsid w:val="5B0C517F"/>
    <w:rsid w:val="5CB18042"/>
    <w:rsid w:val="5D24C0EF"/>
    <w:rsid w:val="5D6559AC"/>
    <w:rsid w:val="5DBD8A1B"/>
    <w:rsid w:val="5F3678CA"/>
    <w:rsid w:val="6196353D"/>
    <w:rsid w:val="61FA92C7"/>
    <w:rsid w:val="64062EFD"/>
    <w:rsid w:val="66A7ADA3"/>
    <w:rsid w:val="6777B706"/>
    <w:rsid w:val="67F799A5"/>
    <w:rsid w:val="68EF6F5B"/>
    <w:rsid w:val="692D2C89"/>
    <w:rsid w:val="69F9AA45"/>
    <w:rsid w:val="6F360D63"/>
    <w:rsid w:val="72779616"/>
    <w:rsid w:val="73E39D01"/>
    <w:rsid w:val="73F4BE51"/>
    <w:rsid w:val="768A067F"/>
    <w:rsid w:val="773CDE12"/>
    <w:rsid w:val="77CCFA8A"/>
    <w:rsid w:val="7A67F08B"/>
    <w:rsid w:val="7A89B5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9CB4C8"/>
  <w14:defaultImageDpi w14:val="300"/>
  <w15:docId w15:val="{7B0E427E-D188-4C32-BE0B-1DBFED9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3F3F3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048218">
      <w:marLeft w:val="0"/>
      <w:marRight w:val="0"/>
      <w:marTop w:val="0"/>
      <w:marBottom w:val="0"/>
      <w:divBdr>
        <w:top w:val="none" w:sz="0" w:space="0" w:color="auto"/>
        <w:left w:val="none" w:sz="0" w:space="0" w:color="auto"/>
        <w:bottom w:val="single" w:sz="6" w:space="0" w:color="808080"/>
        <w:right w:val="none" w:sz="0" w:space="0" w:color="auto"/>
      </w:divBdr>
    </w:div>
    <w:div w:id="1532111830">
      <w:marLeft w:val="0"/>
      <w:marRight w:val="0"/>
      <w:marTop w:val="0"/>
      <w:marBottom w:val="0"/>
      <w:divBdr>
        <w:top w:val="none" w:sz="0" w:space="0" w:color="auto"/>
        <w:left w:val="none" w:sz="0" w:space="0" w:color="auto"/>
        <w:bottom w:val="single" w:sz="6" w:space="0" w:color="808080"/>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1720</Words>
  <Characters>10736</Characters>
  <Application>Microsoft Office Word</Application>
  <DocSecurity>0</DocSecurity>
  <Lines>165</Lines>
  <Paragraphs>95</Paragraphs>
  <ScaleCrop>false</ScaleCrop>
  <Manager/>
  <Company/>
  <LinksUpToDate>false</LinksUpToDate>
  <CharactersWithSpaces>12361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Invictus Wrestling Handbook Acknowledgment Form</dc:title>
  <dc:subject/>
  <dc:creator>Amy Hooper</dc:creator>
  <cp:keywords/>
  <dc:description>generated by python-docx</dc:description>
  <cp:lastModifiedBy>Amy Hooper</cp:lastModifiedBy>
  <cp:revision>19</cp:revision>
  <cp:lastPrinted>2026-09-08T22:14:00Z</cp:lastPrinted>
  <dcterms:created xsi:type="dcterms:W3CDTF">2026-09-08T22:14:00Z</dcterms:created>
  <dcterms:modified xsi:type="dcterms:W3CDTF">2026-09-09T13:19:00Z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8f016c-22b8-446d-b6bf-5084e2f97183_Enabled">
    <vt:lpwstr>true</vt:lpwstr>
  </property>
  <property fmtid="{D5CDD505-2E9C-101B-9397-08002B2CF9AE}" pid="3" name="MSIP_Label_418f016c-22b8-446d-b6bf-5084e2f97183_SetDate">
    <vt:lpwstr>2026-09-08T22:12:41Z</vt:lpwstr>
  </property>
  <property fmtid="{D5CDD505-2E9C-101B-9397-08002B2CF9AE}" pid="4" name="MSIP_Label_418f016c-22b8-446d-b6bf-5084e2f97183_Method">
    <vt:lpwstr>Standard</vt:lpwstr>
  </property>
  <property fmtid="{D5CDD505-2E9C-101B-9397-08002B2CF9AE}" pid="5" name="MSIP_Label_418f016c-22b8-446d-b6bf-5084e2f97183_Name">
    <vt:lpwstr>Company Data</vt:lpwstr>
  </property>
  <property fmtid="{D5CDD505-2E9C-101B-9397-08002B2CF9AE}" pid="6" name="MSIP_Label_418f016c-22b8-446d-b6bf-5084e2f97183_SiteId">
    <vt:lpwstr>04341329-a13c-4e61-b3c6-4bf9be35131a</vt:lpwstr>
  </property>
  <property fmtid="{D5CDD505-2E9C-101B-9397-08002B2CF9AE}" pid="7" name="MSIP_Label_418f016c-22b8-446d-b6bf-5084e2f97183_ActionId">
    <vt:lpwstr>b91f6960-088c-4e64-8245-908dd2c2d0ea</vt:lpwstr>
  </property>
  <property fmtid="{D5CDD505-2E9C-101B-9397-08002B2CF9AE}" pid="8" name="MSIP_Label_418f016c-22b8-446d-b6bf-5084e2f97183_ContentBits">
    <vt:lpwstr>0</vt:lpwstr>
  </property>
</Properties>
</file>