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0656"/>
      </w:tblGrid>
      <w:tr w:rsidR="00FF2F6C" w14:paraId="7C8AEBBB" w14:textId="77777777" w:rsidTr="00A26D64">
        <w:trPr>
          <w:jc w:val="center"/>
        </w:trPr>
        <w:tc>
          <w:tcPr>
            <w:tcW w:w="10656" w:type="dxa"/>
            <w:tcBorders>
              <w:top w:val="single" w:sz="0" w:space="0" w:color="404040"/>
              <w:left w:val="single" w:sz="0" w:space="0" w:color="404040"/>
              <w:bottom w:val="single" w:sz="0" w:space="0" w:color="404040"/>
              <w:right w:val="single" w:sz="0" w:space="0" w:color="2F75B5"/>
            </w:tcBorders>
            <w:shd w:val="clear" w:color="auto" w:fill="404040"/>
            <w:tcMar>
              <w:top w:w="80" w:type="dxa"/>
              <w:left w:w="130" w:type="dxa"/>
              <w:bottom w:w="80" w:type="dxa"/>
              <w:right w:w="130" w:type="dxa"/>
            </w:tcMar>
          </w:tcPr>
          <w:p w14:paraId="3FB77832" w14:textId="212BC0C0" w:rsidR="00FF2F6C" w:rsidRDefault="00FF2F6C">
            <w:pPr>
              <w:jc w:val="center"/>
            </w:pPr>
            <w:r w:rsidRPr="00355E0F">
              <w:rPr>
                <w:b/>
                <w:color w:val="FFFFFF" w:themeColor="background1"/>
                <w:sz w:val="36"/>
              </w:rPr>
              <w:t>INVICTUS WRESTLING INC</w:t>
            </w:r>
            <w:r>
              <w:rPr>
                <w:b/>
                <w:color w:val="FFFFFF"/>
                <w:sz w:val="22"/>
              </w:rPr>
              <w:br/>
              <w:t>PARENT/GUARDIAN MEDICAL AUTHORIZATION</w:t>
            </w:r>
          </w:p>
        </w:tc>
      </w:tr>
    </w:tbl>
    <w:p w14:paraId="78824F67" w14:textId="77777777" w:rsidR="00D66CFF" w:rsidRDefault="00377C93">
      <w:pPr>
        <w:spacing w:before="140" w:after="120"/>
        <w:jc w:val="center"/>
      </w:pPr>
      <w:r>
        <w:rPr>
          <w:i/>
          <w:color w:val="666666"/>
          <w:sz w:val="17"/>
        </w:rPr>
        <w:t>Complete one form for each minor athlete. Please update this form whenever medical, medication, insurance, or emergency contact information changes.</w:t>
      </w:r>
    </w:p>
    <w:tbl>
      <w:tblPr>
        <w:tblW w:w="11549" w:type="dxa"/>
        <w:tblInd w:w="-350" w:type="dxa"/>
        <w:tblLayout w:type="fixed"/>
        <w:tblLook w:val="04A0" w:firstRow="1" w:lastRow="0" w:firstColumn="1" w:lastColumn="0" w:noHBand="0" w:noVBand="1"/>
      </w:tblPr>
      <w:tblGrid>
        <w:gridCol w:w="20"/>
        <w:gridCol w:w="5462"/>
        <w:gridCol w:w="1944"/>
        <w:gridCol w:w="648"/>
        <w:gridCol w:w="3453"/>
        <w:gridCol w:w="13"/>
        <w:gridCol w:w="9"/>
      </w:tblGrid>
      <w:tr w:rsidR="00D66CFF" w14:paraId="713CB801" w14:textId="77777777" w:rsidTr="00355E0F">
        <w:trPr>
          <w:gridBefore w:val="1"/>
          <w:gridAfter w:val="1"/>
          <w:wBefore w:w="20" w:type="dxa"/>
          <w:wAfter w:w="9" w:type="dxa"/>
        </w:trPr>
        <w:tc>
          <w:tcPr>
            <w:tcW w:w="11520" w:type="dxa"/>
            <w:gridSpan w:val="5"/>
            <w:tcBorders>
              <w:top w:val="single" w:sz="0" w:space="0" w:color="2F75B5"/>
              <w:left w:val="single" w:sz="0" w:space="0" w:color="2F75B5"/>
              <w:bottom w:val="single" w:sz="0" w:space="0" w:color="2F75B5"/>
              <w:right w:val="single" w:sz="0" w:space="0" w:color="2F75B5"/>
            </w:tcBorders>
            <w:shd w:val="clear" w:color="auto" w:fill="2F75B5"/>
            <w:tcMar>
              <w:top w:w="70" w:type="dxa"/>
              <w:left w:w="120" w:type="dxa"/>
              <w:bottom w:w="70" w:type="dxa"/>
              <w:right w:w="120" w:type="dxa"/>
            </w:tcMar>
          </w:tcPr>
          <w:p w14:paraId="3A2D26F8" w14:textId="77777777" w:rsidR="00D66CFF" w:rsidRDefault="00377C93">
            <w:pPr>
              <w:spacing w:after="0"/>
            </w:pPr>
            <w:r w:rsidRPr="00355E0F">
              <w:rPr>
                <w:b/>
                <w:color w:val="FFFFFF" w:themeColor="background1"/>
                <w:sz w:val="20"/>
              </w:rPr>
              <w:t>1. ATHLETE INFORMATION</w:t>
            </w:r>
          </w:p>
        </w:tc>
      </w:tr>
      <w:tr w:rsidR="00D66CFF" w14:paraId="50750324" w14:textId="77777777" w:rsidTr="00355E0F">
        <w:tblPrEx>
          <w:jc w:val="center"/>
          <w:tblInd w:w="0" w:type="dxa"/>
        </w:tblPrEx>
        <w:trPr>
          <w:jc w:val="center"/>
        </w:trPr>
        <w:tc>
          <w:tcPr>
            <w:tcW w:w="7426" w:type="dxa"/>
            <w:gridSpan w:val="3"/>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66B8B65B" w14:textId="77777777" w:rsidR="00D66CFF" w:rsidRDefault="00377C93">
            <w:pPr>
              <w:spacing w:after="20"/>
            </w:pPr>
            <w:r>
              <w:rPr>
                <w:b/>
              </w:rPr>
              <w:t>Athlete full legal name</w:t>
            </w:r>
          </w:p>
          <w:p w14:paraId="5738A71C" w14:textId="77777777" w:rsidR="00D66CFF" w:rsidRDefault="00377C93">
            <w:pPr>
              <w:pBdr>
                <w:bottom w:val="single" w:sz="6" w:space="0" w:color="808080"/>
              </w:pBdr>
              <w:spacing w:after="0"/>
            </w:pPr>
            <w:r>
              <w:t xml:space="preserve"> </w:t>
            </w:r>
          </w:p>
        </w:tc>
        <w:tc>
          <w:tcPr>
            <w:tcW w:w="4123" w:type="dxa"/>
            <w:gridSpan w:val="4"/>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336FC626" w14:textId="77777777" w:rsidR="00D66CFF" w:rsidRDefault="00377C93">
            <w:pPr>
              <w:spacing w:after="20"/>
            </w:pPr>
            <w:r>
              <w:rPr>
                <w:b/>
              </w:rPr>
              <w:t>Preferred name</w:t>
            </w:r>
          </w:p>
          <w:p w14:paraId="621165A3" w14:textId="77777777" w:rsidR="00D66CFF" w:rsidRDefault="00377C93">
            <w:pPr>
              <w:pBdr>
                <w:bottom w:val="single" w:sz="6" w:space="0" w:color="808080"/>
              </w:pBdr>
              <w:spacing w:after="0"/>
            </w:pPr>
            <w:r>
              <w:t xml:space="preserve"> </w:t>
            </w:r>
          </w:p>
        </w:tc>
      </w:tr>
      <w:tr w:rsidR="00D66CFF" w14:paraId="4272901E" w14:textId="77777777" w:rsidTr="00355E0F">
        <w:tblPrEx>
          <w:jc w:val="center"/>
          <w:tblInd w:w="0" w:type="dxa"/>
        </w:tblPrEx>
        <w:trPr>
          <w:jc w:val="center"/>
        </w:trPr>
        <w:tc>
          <w:tcPr>
            <w:tcW w:w="7426" w:type="dxa"/>
            <w:gridSpan w:val="3"/>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34066F9E" w14:textId="77777777" w:rsidR="00D66CFF" w:rsidRDefault="00377C93">
            <w:pPr>
              <w:spacing w:after="20"/>
            </w:pPr>
            <w:r>
              <w:rPr>
                <w:b/>
              </w:rPr>
              <w:t>Date of birth</w:t>
            </w:r>
          </w:p>
          <w:p w14:paraId="75F4DDAE" w14:textId="77777777" w:rsidR="00D66CFF" w:rsidRDefault="00377C93">
            <w:pPr>
              <w:pBdr>
                <w:bottom w:val="single" w:sz="6" w:space="0" w:color="808080"/>
              </w:pBdr>
              <w:spacing w:after="0"/>
            </w:pPr>
            <w:r>
              <w:t xml:space="preserve"> </w:t>
            </w:r>
          </w:p>
        </w:tc>
        <w:tc>
          <w:tcPr>
            <w:tcW w:w="4123" w:type="dxa"/>
            <w:gridSpan w:val="4"/>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4DE961E2" w14:textId="77777777" w:rsidR="00D66CFF" w:rsidRDefault="00377C93">
            <w:pPr>
              <w:spacing w:after="20"/>
            </w:pPr>
            <w:r>
              <w:rPr>
                <w:b/>
              </w:rPr>
              <w:t>Age</w:t>
            </w:r>
          </w:p>
          <w:p w14:paraId="0D5CF6BE" w14:textId="77777777" w:rsidR="00D66CFF" w:rsidRDefault="00377C93">
            <w:pPr>
              <w:pBdr>
                <w:bottom w:val="single" w:sz="6" w:space="0" w:color="808080"/>
              </w:pBdr>
              <w:spacing w:after="0"/>
            </w:pPr>
            <w:r>
              <w:t xml:space="preserve"> </w:t>
            </w:r>
          </w:p>
        </w:tc>
      </w:tr>
      <w:tr w:rsidR="00D66CFF" w14:paraId="5811C77D" w14:textId="77777777" w:rsidTr="00355E0F">
        <w:tblPrEx>
          <w:jc w:val="center"/>
          <w:tblInd w:w="0" w:type="dxa"/>
        </w:tblPrEx>
        <w:trPr>
          <w:jc w:val="center"/>
        </w:trPr>
        <w:tc>
          <w:tcPr>
            <w:tcW w:w="7426" w:type="dxa"/>
            <w:gridSpan w:val="3"/>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400FB879" w14:textId="77777777" w:rsidR="00D66CFF" w:rsidRDefault="00377C93">
            <w:pPr>
              <w:spacing w:after="20"/>
            </w:pPr>
            <w:r>
              <w:rPr>
                <w:b/>
              </w:rPr>
              <w:t>Home address</w:t>
            </w:r>
          </w:p>
          <w:p w14:paraId="3624D12D" w14:textId="77777777" w:rsidR="00D66CFF" w:rsidRDefault="00377C93">
            <w:pPr>
              <w:pBdr>
                <w:bottom w:val="single" w:sz="6" w:space="0" w:color="808080"/>
              </w:pBdr>
              <w:spacing w:after="0"/>
            </w:pPr>
            <w:r>
              <w:t xml:space="preserve"> </w:t>
            </w:r>
          </w:p>
        </w:tc>
        <w:tc>
          <w:tcPr>
            <w:tcW w:w="4123" w:type="dxa"/>
            <w:gridSpan w:val="4"/>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3D796F4F" w14:textId="77777777" w:rsidR="00D66CFF" w:rsidRDefault="00377C93">
            <w:pPr>
              <w:spacing w:after="20"/>
            </w:pPr>
            <w:r>
              <w:rPr>
                <w:b/>
              </w:rPr>
              <w:t>City / State / ZIP</w:t>
            </w:r>
          </w:p>
          <w:p w14:paraId="76AFF9DF" w14:textId="77777777" w:rsidR="00D66CFF" w:rsidRDefault="00377C93">
            <w:pPr>
              <w:pBdr>
                <w:bottom w:val="single" w:sz="6" w:space="0" w:color="808080"/>
              </w:pBdr>
              <w:spacing w:after="0"/>
            </w:pPr>
            <w:r>
              <w:t xml:space="preserve"> </w:t>
            </w:r>
          </w:p>
        </w:tc>
      </w:tr>
      <w:tr w:rsidR="00D66CFF" w14:paraId="63AD9302" w14:textId="77777777" w:rsidTr="00355E0F">
        <w:tblPrEx>
          <w:jc w:val="center"/>
          <w:tblInd w:w="0" w:type="dxa"/>
        </w:tblPrEx>
        <w:trPr>
          <w:jc w:val="center"/>
        </w:trPr>
        <w:tc>
          <w:tcPr>
            <w:tcW w:w="11549" w:type="dxa"/>
            <w:gridSpan w:val="7"/>
            <w:tcBorders>
              <w:top w:val="single" w:sz="0" w:space="0" w:color="2F75B5"/>
              <w:left w:val="single" w:sz="0" w:space="0" w:color="2F75B5"/>
              <w:bottom w:val="single" w:sz="0" w:space="0" w:color="2F75B5"/>
              <w:right w:val="single" w:sz="0" w:space="0" w:color="2F75B5"/>
            </w:tcBorders>
            <w:shd w:val="clear" w:color="auto" w:fill="2F75B5"/>
            <w:tcMar>
              <w:top w:w="70" w:type="dxa"/>
              <w:left w:w="120" w:type="dxa"/>
              <w:bottom w:w="70" w:type="dxa"/>
              <w:right w:w="120" w:type="dxa"/>
            </w:tcMar>
          </w:tcPr>
          <w:p w14:paraId="3D1EDA68" w14:textId="77777777" w:rsidR="00D66CFF" w:rsidRDefault="00377C93">
            <w:pPr>
              <w:spacing w:after="0"/>
            </w:pPr>
            <w:r w:rsidRPr="00355E0F">
              <w:rPr>
                <w:b/>
                <w:color w:val="FFFFFF" w:themeColor="background1"/>
                <w:sz w:val="20"/>
              </w:rPr>
              <w:t>2. PARENT/GUARDIAN AND EMERGENCY CONTACTS</w:t>
            </w:r>
          </w:p>
        </w:tc>
      </w:tr>
      <w:tr w:rsidR="00D66CFF" w14:paraId="542C0C8B" w14:textId="77777777" w:rsidTr="00355E0F">
        <w:tblPrEx>
          <w:jc w:val="center"/>
          <w:tblInd w:w="0" w:type="dxa"/>
        </w:tblPrEx>
        <w:trPr>
          <w:jc w:val="center"/>
        </w:trPr>
        <w:tc>
          <w:tcPr>
            <w:tcW w:w="7426" w:type="dxa"/>
            <w:gridSpan w:val="3"/>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7A792D08" w14:textId="77777777" w:rsidR="00D66CFF" w:rsidRDefault="00377C93">
            <w:pPr>
              <w:spacing w:after="20"/>
            </w:pPr>
            <w:r w:rsidRPr="00FF2F6C">
              <w:rPr>
                <w:b/>
                <w:highlight w:val="yellow"/>
              </w:rPr>
              <w:t>Parent/guardian 1 name</w:t>
            </w:r>
          </w:p>
          <w:p w14:paraId="15C1842B" w14:textId="77777777" w:rsidR="00D66CFF" w:rsidRDefault="00377C93">
            <w:pPr>
              <w:pBdr>
                <w:bottom w:val="single" w:sz="6" w:space="0" w:color="808080"/>
              </w:pBdr>
              <w:spacing w:after="0"/>
            </w:pPr>
            <w:r>
              <w:t xml:space="preserve"> </w:t>
            </w:r>
          </w:p>
        </w:tc>
        <w:tc>
          <w:tcPr>
            <w:tcW w:w="4123" w:type="dxa"/>
            <w:gridSpan w:val="4"/>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3BF82DA1" w14:textId="77777777" w:rsidR="00D66CFF" w:rsidRDefault="00377C93">
            <w:pPr>
              <w:spacing w:after="20"/>
            </w:pPr>
            <w:r>
              <w:rPr>
                <w:b/>
              </w:rPr>
              <w:t>Relationship</w:t>
            </w:r>
          </w:p>
          <w:p w14:paraId="3AFB4252" w14:textId="77777777" w:rsidR="00D66CFF" w:rsidRDefault="00377C93">
            <w:pPr>
              <w:pBdr>
                <w:bottom w:val="single" w:sz="6" w:space="0" w:color="808080"/>
              </w:pBdr>
              <w:spacing w:after="0"/>
            </w:pPr>
            <w:r>
              <w:t xml:space="preserve"> </w:t>
            </w:r>
          </w:p>
        </w:tc>
      </w:tr>
      <w:tr w:rsidR="00D66CFF" w14:paraId="39500876" w14:textId="77777777" w:rsidTr="00355E0F">
        <w:tblPrEx>
          <w:jc w:val="center"/>
          <w:tblInd w:w="0" w:type="dxa"/>
        </w:tblPrEx>
        <w:trPr>
          <w:jc w:val="center"/>
        </w:trPr>
        <w:tc>
          <w:tcPr>
            <w:tcW w:w="7426" w:type="dxa"/>
            <w:gridSpan w:val="3"/>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38EA18A6" w14:textId="77777777" w:rsidR="00D66CFF" w:rsidRDefault="00377C93">
            <w:pPr>
              <w:spacing w:after="20"/>
            </w:pPr>
            <w:r>
              <w:rPr>
                <w:b/>
              </w:rPr>
              <w:t>Primary phone</w:t>
            </w:r>
          </w:p>
          <w:p w14:paraId="07C05E37" w14:textId="77777777" w:rsidR="00D66CFF" w:rsidRDefault="00377C93">
            <w:pPr>
              <w:pBdr>
                <w:bottom w:val="single" w:sz="6" w:space="0" w:color="808080"/>
              </w:pBdr>
              <w:spacing w:after="0"/>
            </w:pPr>
            <w:r>
              <w:t xml:space="preserve"> </w:t>
            </w:r>
          </w:p>
        </w:tc>
        <w:tc>
          <w:tcPr>
            <w:tcW w:w="4123" w:type="dxa"/>
            <w:gridSpan w:val="4"/>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79EB2983" w14:textId="77777777" w:rsidR="00D66CFF" w:rsidRDefault="00377C93">
            <w:pPr>
              <w:spacing w:after="20"/>
            </w:pPr>
            <w:r>
              <w:rPr>
                <w:b/>
              </w:rPr>
              <w:t>Alternate phone</w:t>
            </w:r>
          </w:p>
          <w:p w14:paraId="4DA47602" w14:textId="77777777" w:rsidR="00D66CFF" w:rsidRDefault="00377C93">
            <w:pPr>
              <w:pBdr>
                <w:bottom w:val="single" w:sz="6" w:space="0" w:color="808080"/>
              </w:pBdr>
              <w:spacing w:after="0"/>
            </w:pPr>
            <w:r>
              <w:t xml:space="preserve"> </w:t>
            </w:r>
          </w:p>
        </w:tc>
      </w:tr>
      <w:tr w:rsidR="00D66CFF" w14:paraId="501E4261" w14:textId="77777777" w:rsidTr="00355E0F">
        <w:tblPrEx>
          <w:jc w:val="center"/>
          <w:tblInd w:w="0" w:type="dxa"/>
        </w:tblPrEx>
        <w:trPr>
          <w:jc w:val="center"/>
        </w:trPr>
        <w:tc>
          <w:tcPr>
            <w:tcW w:w="7426" w:type="dxa"/>
            <w:gridSpan w:val="3"/>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4E61799F" w14:textId="77777777" w:rsidR="00D66CFF" w:rsidRDefault="00377C93">
            <w:pPr>
              <w:spacing w:after="20"/>
            </w:pPr>
            <w:r w:rsidRPr="00FF2F6C">
              <w:rPr>
                <w:b/>
                <w:highlight w:val="yellow"/>
              </w:rPr>
              <w:t>Parent/guardian 2 name</w:t>
            </w:r>
          </w:p>
          <w:p w14:paraId="0C83B20A" w14:textId="77777777" w:rsidR="00D66CFF" w:rsidRDefault="00377C93">
            <w:pPr>
              <w:pBdr>
                <w:bottom w:val="single" w:sz="6" w:space="0" w:color="808080"/>
              </w:pBdr>
              <w:spacing w:after="0"/>
            </w:pPr>
            <w:r>
              <w:t xml:space="preserve"> </w:t>
            </w:r>
          </w:p>
        </w:tc>
        <w:tc>
          <w:tcPr>
            <w:tcW w:w="4123" w:type="dxa"/>
            <w:gridSpan w:val="4"/>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3351E4FA" w14:textId="77777777" w:rsidR="00D66CFF" w:rsidRDefault="00377C93">
            <w:pPr>
              <w:spacing w:after="20"/>
            </w:pPr>
            <w:r>
              <w:rPr>
                <w:b/>
              </w:rPr>
              <w:t>Relationship</w:t>
            </w:r>
          </w:p>
          <w:p w14:paraId="67CA1F43" w14:textId="77777777" w:rsidR="00D66CFF" w:rsidRDefault="00377C93">
            <w:pPr>
              <w:pBdr>
                <w:bottom w:val="single" w:sz="6" w:space="0" w:color="808080"/>
              </w:pBdr>
              <w:spacing w:after="0"/>
            </w:pPr>
            <w:r>
              <w:t xml:space="preserve"> </w:t>
            </w:r>
          </w:p>
        </w:tc>
      </w:tr>
      <w:tr w:rsidR="00D66CFF" w14:paraId="2653C180" w14:textId="77777777" w:rsidTr="00355E0F">
        <w:tblPrEx>
          <w:jc w:val="center"/>
          <w:tblInd w:w="0" w:type="dxa"/>
        </w:tblPrEx>
        <w:trPr>
          <w:jc w:val="center"/>
        </w:trPr>
        <w:tc>
          <w:tcPr>
            <w:tcW w:w="7426" w:type="dxa"/>
            <w:gridSpan w:val="3"/>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33E55270" w14:textId="77777777" w:rsidR="00D66CFF" w:rsidRDefault="00377C93">
            <w:pPr>
              <w:spacing w:after="20"/>
            </w:pPr>
            <w:r>
              <w:rPr>
                <w:b/>
              </w:rPr>
              <w:t>Primary phone</w:t>
            </w:r>
          </w:p>
          <w:p w14:paraId="7F986C4C" w14:textId="77777777" w:rsidR="00D66CFF" w:rsidRDefault="00377C93">
            <w:pPr>
              <w:pBdr>
                <w:bottom w:val="single" w:sz="6" w:space="0" w:color="808080"/>
              </w:pBdr>
              <w:spacing w:after="0"/>
            </w:pPr>
            <w:r>
              <w:t xml:space="preserve"> </w:t>
            </w:r>
          </w:p>
        </w:tc>
        <w:tc>
          <w:tcPr>
            <w:tcW w:w="4123" w:type="dxa"/>
            <w:gridSpan w:val="4"/>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157FA91B" w14:textId="77777777" w:rsidR="00D66CFF" w:rsidRDefault="00377C93">
            <w:pPr>
              <w:spacing w:after="20"/>
            </w:pPr>
            <w:r>
              <w:rPr>
                <w:b/>
              </w:rPr>
              <w:t>Alternate phone</w:t>
            </w:r>
          </w:p>
          <w:p w14:paraId="5D873045" w14:textId="77777777" w:rsidR="00D66CFF" w:rsidRDefault="00377C93">
            <w:pPr>
              <w:pBdr>
                <w:bottom w:val="single" w:sz="6" w:space="0" w:color="808080"/>
              </w:pBdr>
              <w:spacing w:after="0"/>
            </w:pPr>
            <w:r>
              <w:t xml:space="preserve"> </w:t>
            </w:r>
          </w:p>
        </w:tc>
      </w:tr>
      <w:tr w:rsidR="00D66CFF" w14:paraId="0E65FC17" w14:textId="77777777" w:rsidTr="00355E0F">
        <w:tblPrEx>
          <w:jc w:val="center"/>
          <w:tblInd w:w="0" w:type="dxa"/>
        </w:tblPrEx>
        <w:trPr>
          <w:jc w:val="center"/>
        </w:trPr>
        <w:tc>
          <w:tcPr>
            <w:tcW w:w="7426" w:type="dxa"/>
            <w:gridSpan w:val="3"/>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76331DB1" w14:textId="77777777" w:rsidR="00D66CFF" w:rsidRDefault="00377C93">
            <w:pPr>
              <w:spacing w:after="20"/>
            </w:pPr>
            <w:r w:rsidRPr="00FF2F6C">
              <w:rPr>
                <w:b/>
                <w:highlight w:val="yellow"/>
              </w:rPr>
              <w:t>Emergency contact (not listed above)</w:t>
            </w:r>
          </w:p>
          <w:p w14:paraId="22071978" w14:textId="77777777" w:rsidR="00D66CFF" w:rsidRDefault="00377C93">
            <w:pPr>
              <w:pBdr>
                <w:bottom w:val="single" w:sz="6" w:space="0" w:color="808080"/>
              </w:pBdr>
              <w:spacing w:after="0"/>
            </w:pPr>
            <w:r>
              <w:t xml:space="preserve"> </w:t>
            </w:r>
          </w:p>
        </w:tc>
        <w:tc>
          <w:tcPr>
            <w:tcW w:w="4123" w:type="dxa"/>
            <w:gridSpan w:val="4"/>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0568E857" w14:textId="77777777" w:rsidR="00D66CFF" w:rsidRDefault="00377C93">
            <w:pPr>
              <w:spacing w:after="20"/>
            </w:pPr>
            <w:r>
              <w:rPr>
                <w:b/>
              </w:rPr>
              <w:t>Relationship</w:t>
            </w:r>
          </w:p>
          <w:p w14:paraId="24A5F99F" w14:textId="77777777" w:rsidR="00D66CFF" w:rsidRDefault="00377C93">
            <w:pPr>
              <w:pBdr>
                <w:bottom w:val="single" w:sz="6" w:space="0" w:color="808080"/>
              </w:pBdr>
              <w:spacing w:after="0"/>
            </w:pPr>
            <w:r>
              <w:t xml:space="preserve"> </w:t>
            </w:r>
          </w:p>
        </w:tc>
      </w:tr>
      <w:tr w:rsidR="00D66CFF" w14:paraId="62F6096D" w14:textId="77777777" w:rsidTr="00355E0F">
        <w:tblPrEx>
          <w:jc w:val="center"/>
          <w:tblInd w:w="0" w:type="dxa"/>
        </w:tblPrEx>
        <w:trPr>
          <w:jc w:val="center"/>
        </w:trPr>
        <w:tc>
          <w:tcPr>
            <w:tcW w:w="7426" w:type="dxa"/>
            <w:gridSpan w:val="3"/>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7984C216" w14:textId="77777777" w:rsidR="00D66CFF" w:rsidRDefault="00377C93">
            <w:pPr>
              <w:spacing w:after="20"/>
            </w:pPr>
            <w:r>
              <w:rPr>
                <w:b/>
              </w:rPr>
              <w:t>Primary phone</w:t>
            </w:r>
          </w:p>
          <w:p w14:paraId="7516CDFC" w14:textId="77777777" w:rsidR="00D66CFF" w:rsidRDefault="00377C93">
            <w:pPr>
              <w:pBdr>
                <w:bottom w:val="single" w:sz="6" w:space="0" w:color="808080"/>
              </w:pBdr>
              <w:spacing w:after="0"/>
            </w:pPr>
            <w:r>
              <w:t xml:space="preserve"> </w:t>
            </w:r>
          </w:p>
        </w:tc>
        <w:tc>
          <w:tcPr>
            <w:tcW w:w="4123" w:type="dxa"/>
            <w:gridSpan w:val="4"/>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06E93077" w14:textId="77777777" w:rsidR="00D66CFF" w:rsidRDefault="00377C93">
            <w:pPr>
              <w:spacing w:after="20"/>
            </w:pPr>
            <w:r>
              <w:rPr>
                <w:b/>
              </w:rPr>
              <w:t>Alternate phone</w:t>
            </w:r>
          </w:p>
          <w:p w14:paraId="3AF4F8B5" w14:textId="77777777" w:rsidR="00D66CFF" w:rsidRDefault="00377C93">
            <w:pPr>
              <w:pBdr>
                <w:bottom w:val="single" w:sz="6" w:space="0" w:color="808080"/>
              </w:pBdr>
              <w:spacing w:after="0"/>
            </w:pPr>
            <w:r>
              <w:t xml:space="preserve"> </w:t>
            </w:r>
          </w:p>
        </w:tc>
      </w:tr>
      <w:tr w:rsidR="00D66CFF" w14:paraId="58727F22" w14:textId="77777777" w:rsidTr="00355E0F">
        <w:tblPrEx>
          <w:jc w:val="center"/>
          <w:tblInd w:w="0" w:type="dxa"/>
        </w:tblPrEx>
        <w:trPr>
          <w:jc w:val="center"/>
        </w:trPr>
        <w:tc>
          <w:tcPr>
            <w:tcW w:w="11549" w:type="dxa"/>
            <w:gridSpan w:val="7"/>
            <w:tcBorders>
              <w:top w:val="single" w:sz="0" w:space="0" w:color="2F75B5"/>
              <w:left w:val="single" w:sz="0" w:space="0" w:color="2F75B5"/>
              <w:bottom w:val="single" w:sz="0" w:space="0" w:color="2F75B5"/>
              <w:right w:val="single" w:sz="0" w:space="0" w:color="2F75B5"/>
            </w:tcBorders>
            <w:shd w:val="clear" w:color="auto" w:fill="2F75B5"/>
            <w:tcMar>
              <w:top w:w="70" w:type="dxa"/>
              <w:left w:w="120" w:type="dxa"/>
              <w:bottom w:w="70" w:type="dxa"/>
              <w:right w:w="120" w:type="dxa"/>
            </w:tcMar>
          </w:tcPr>
          <w:p w14:paraId="13D473FD" w14:textId="1DC85CE7" w:rsidR="00D66CFF" w:rsidRDefault="00377C93">
            <w:pPr>
              <w:spacing w:after="0"/>
            </w:pPr>
            <w:r w:rsidRPr="00355E0F">
              <w:rPr>
                <w:b/>
                <w:color w:val="FFFFFF" w:themeColor="background1"/>
                <w:sz w:val="20"/>
              </w:rPr>
              <w:t>3. MEDICAL INFORMATION</w:t>
            </w:r>
          </w:p>
        </w:tc>
      </w:tr>
      <w:tr w:rsidR="00D66CFF" w14:paraId="6FEE3D0D" w14:textId="77777777" w:rsidTr="00355E0F">
        <w:tblPrEx>
          <w:jc w:val="center"/>
          <w:tblInd w:w="0" w:type="dxa"/>
        </w:tblPrEx>
        <w:trPr>
          <w:jc w:val="center"/>
        </w:trPr>
        <w:tc>
          <w:tcPr>
            <w:tcW w:w="8074" w:type="dxa"/>
            <w:gridSpan w:val="4"/>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58D12092" w14:textId="77777777" w:rsidR="00D66CFF" w:rsidRDefault="00377C93">
            <w:pPr>
              <w:spacing w:after="20"/>
            </w:pPr>
            <w:r>
              <w:rPr>
                <w:b/>
              </w:rPr>
              <w:t>Primary care provider</w:t>
            </w:r>
          </w:p>
          <w:p w14:paraId="69DB61EB" w14:textId="77777777" w:rsidR="00D66CFF" w:rsidRDefault="00377C93">
            <w:pPr>
              <w:pBdr>
                <w:bottom w:val="single" w:sz="6" w:space="0" w:color="808080"/>
              </w:pBdr>
              <w:spacing w:after="0"/>
            </w:pPr>
            <w:r>
              <w:t xml:space="preserve"> </w:t>
            </w:r>
          </w:p>
        </w:tc>
        <w:tc>
          <w:tcPr>
            <w:tcW w:w="3475" w:type="dxa"/>
            <w:gridSpan w:val="3"/>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20486F41" w14:textId="77777777" w:rsidR="00D66CFF" w:rsidRDefault="00377C93">
            <w:pPr>
              <w:spacing w:after="20"/>
            </w:pPr>
            <w:r>
              <w:rPr>
                <w:b/>
              </w:rPr>
              <w:t>Provider phone</w:t>
            </w:r>
          </w:p>
          <w:p w14:paraId="15E0E642" w14:textId="77777777" w:rsidR="00D66CFF" w:rsidRDefault="00377C93">
            <w:pPr>
              <w:pBdr>
                <w:bottom w:val="single" w:sz="6" w:space="0" w:color="808080"/>
              </w:pBdr>
              <w:spacing w:after="0"/>
            </w:pPr>
            <w:r>
              <w:t xml:space="preserve"> </w:t>
            </w:r>
          </w:p>
        </w:tc>
      </w:tr>
      <w:tr w:rsidR="00D66CFF" w14:paraId="624E7533" w14:textId="77777777" w:rsidTr="00355E0F">
        <w:tblPrEx>
          <w:jc w:val="center"/>
          <w:tblInd w:w="0" w:type="dxa"/>
        </w:tblPrEx>
        <w:trPr>
          <w:jc w:val="center"/>
        </w:trPr>
        <w:tc>
          <w:tcPr>
            <w:tcW w:w="8074" w:type="dxa"/>
            <w:gridSpan w:val="4"/>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21A91C14" w14:textId="77777777" w:rsidR="00D66CFF" w:rsidRDefault="00377C93">
            <w:pPr>
              <w:spacing w:after="20"/>
            </w:pPr>
            <w:r>
              <w:rPr>
                <w:b/>
              </w:rPr>
              <w:t>Preferred hospital/medical facility</w:t>
            </w:r>
          </w:p>
          <w:p w14:paraId="6FA6E495" w14:textId="77777777" w:rsidR="00D66CFF" w:rsidRDefault="00377C93">
            <w:pPr>
              <w:pBdr>
                <w:bottom w:val="single" w:sz="6" w:space="0" w:color="808080"/>
              </w:pBdr>
              <w:spacing w:after="0"/>
            </w:pPr>
            <w:r>
              <w:t xml:space="preserve"> </w:t>
            </w:r>
          </w:p>
        </w:tc>
        <w:tc>
          <w:tcPr>
            <w:tcW w:w="3475" w:type="dxa"/>
            <w:gridSpan w:val="3"/>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709C269B" w14:textId="77777777" w:rsidR="00D66CFF" w:rsidRDefault="00377C93">
            <w:pPr>
              <w:spacing w:after="20"/>
            </w:pPr>
            <w:r>
              <w:rPr>
                <w:b/>
              </w:rPr>
              <w:t>Facility phone</w:t>
            </w:r>
          </w:p>
          <w:p w14:paraId="3181F987" w14:textId="77777777" w:rsidR="00D66CFF" w:rsidRDefault="00377C93">
            <w:pPr>
              <w:pBdr>
                <w:bottom w:val="single" w:sz="6" w:space="0" w:color="808080"/>
              </w:pBdr>
              <w:spacing w:after="0"/>
            </w:pPr>
            <w:r>
              <w:t xml:space="preserve"> </w:t>
            </w:r>
          </w:p>
        </w:tc>
      </w:tr>
      <w:tr w:rsidR="00D66CFF" w14:paraId="06F5DAF3" w14:textId="77777777" w:rsidTr="00355E0F">
        <w:tblPrEx>
          <w:jc w:val="center"/>
          <w:tblInd w:w="0" w:type="dxa"/>
        </w:tblPrEx>
        <w:trPr>
          <w:jc w:val="center"/>
        </w:trPr>
        <w:tc>
          <w:tcPr>
            <w:tcW w:w="11549" w:type="dxa"/>
            <w:gridSpan w:val="7"/>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76F31877" w14:textId="77777777" w:rsidR="00D66CFF" w:rsidRDefault="00377C93">
            <w:pPr>
              <w:spacing w:after="20"/>
            </w:pPr>
            <w:r>
              <w:rPr>
                <w:b/>
              </w:rPr>
              <w:t>Allergies (medication, food, environmental)</w:t>
            </w:r>
          </w:p>
          <w:p w14:paraId="66FE7F7E" w14:textId="77777777" w:rsidR="00D66CFF" w:rsidRDefault="00377C93">
            <w:pPr>
              <w:pBdr>
                <w:bottom w:val="single" w:sz="6" w:space="0" w:color="808080"/>
              </w:pBdr>
              <w:spacing w:after="0"/>
            </w:pPr>
            <w:r>
              <w:t xml:space="preserve"> </w:t>
            </w:r>
          </w:p>
          <w:p w14:paraId="33C77C3C" w14:textId="59DBB23E" w:rsidR="00D66CFF" w:rsidRDefault="00D66CFF">
            <w:pPr>
              <w:pBdr>
                <w:bottom w:val="single" w:sz="6" w:space="0" w:color="808080"/>
              </w:pBdr>
              <w:spacing w:after="0"/>
            </w:pPr>
          </w:p>
        </w:tc>
      </w:tr>
      <w:tr w:rsidR="00D66CFF" w14:paraId="36C0CBB3" w14:textId="77777777" w:rsidTr="00FF2F6C">
        <w:tblPrEx>
          <w:jc w:val="center"/>
          <w:tblInd w:w="0" w:type="dxa"/>
        </w:tblPrEx>
        <w:trPr>
          <w:trHeight w:val="1008"/>
          <w:jc w:val="center"/>
        </w:trPr>
        <w:tc>
          <w:tcPr>
            <w:tcW w:w="11549" w:type="dxa"/>
            <w:gridSpan w:val="7"/>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4AA824F8" w14:textId="5C9035C4" w:rsidR="00D66CFF" w:rsidRDefault="00377C93" w:rsidP="00FF2F6C">
            <w:pPr>
              <w:spacing w:after="20"/>
            </w:pPr>
            <w:r>
              <w:rPr>
                <w:b/>
              </w:rPr>
              <w:t>Medical conditions, prior injuries, activity restrictions, or accommodations</w:t>
            </w:r>
          </w:p>
          <w:p w14:paraId="2F9F15C3" w14:textId="6F88D8FC" w:rsidR="00D66CFF" w:rsidRDefault="00D66CFF">
            <w:pPr>
              <w:pBdr>
                <w:bottom w:val="single" w:sz="6" w:space="0" w:color="808080"/>
              </w:pBdr>
              <w:spacing w:after="0"/>
            </w:pPr>
          </w:p>
          <w:p w14:paraId="0512A140" w14:textId="77777777" w:rsidR="00D66CFF" w:rsidRDefault="00377C93">
            <w:pPr>
              <w:pBdr>
                <w:bottom w:val="single" w:sz="6" w:space="0" w:color="808080"/>
              </w:pBdr>
              <w:spacing w:after="0"/>
            </w:pPr>
            <w:r>
              <w:t xml:space="preserve"> </w:t>
            </w:r>
          </w:p>
        </w:tc>
      </w:tr>
      <w:tr w:rsidR="00D66CFF" w14:paraId="06A1C298" w14:textId="77777777" w:rsidTr="00355E0F">
        <w:tblPrEx>
          <w:jc w:val="center"/>
          <w:tblInd w:w="0" w:type="dxa"/>
        </w:tblPrEx>
        <w:trPr>
          <w:jc w:val="center"/>
        </w:trPr>
        <w:tc>
          <w:tcPr>
            <w:tcW w:w="11549" w:type="dxa"/>
            <w:gridSpan w:val="7"/>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1D535564" w14:textId="77777777" w:rsidR="00D66CFF" w:rsidRDefault="00377C93">
            <w:pPr>
              <w:spacing w:after="20"/>
            </w:pPr>
            <w:r>
              <w:rPr>
                <w:b/>
              </w:rPr>
              <w:t>Current medications, dosage, and schedule</w:t>
            </w:r>
          </w:p>
          <w:p w14:paraId="4D99EF58" w14:textId="1CE35FB7" w:rsidR="00355E0F" w:rsidRDefault="00377C93">
            <w:pPr>
              <w:pBdr>
                <w:bottom w:val="single" w:sz="6" w:space="0" w:color="808080"/>
              </w:pBdr>
              <w:spacing w:after="0"/>
            </w:pPr>
            <w:r>
              <w:t xml:space="preserve"> </w:t>
            </w:r>
          </w:p>
          <w:p w14:paraId="1DDB7199" w14:textId="77777777" w:rsidR="00D66CFF" w:rsidRDefault="00377C93">
            <w:pPr>
              <w:pBdr>
                <w:bottom w:val="single" w:sz="6" w:space="0" w:color="808080"/>
              </w:pBdr>
              <w:spacing w:after="0"/>
            </w:pPr>
            <w:r>
              <w:t xml:space="preserve"> </w:t>
            </w:r>
          </w:p>
        </w:tc>
      </w:tr>
      <w:tr w:rsidR="00D66CFF" w14:paraId="17D59FB2" w14:textId="77777777" w:rsidTr="00355E0F">
        <w:tblPrEx>
          <w:jc w:val="center"/>
          <w:tblInd w:w="0" w:type="dxa"/>
        </w:tblPrEx>
        <w:trPr>
          <w:jc w:val="center"/>
        </w:trPr>
        <w:tc>
          <w:tcPr>
            <w:tcW w:w="11549" w:type="dxa"/>
            <w:gridSpan w:val="7"/>
            <w:tcBorders>
              <w:top w:val="single" w:sz="0" w:space="0" w:color="2F75B5"/>
              <w:left w:val="single" w:sz="0" w:space="0" w:color="2F75B5"/>
              <w:bottom w:val="single" w:sz="0" w:space="0" w:color="2F75B5"/>
              <w:right w:val="single" w:sz="0" w:space="0" w:color="2F75B5"/>
            </w:tcBorders>
            <w:shd w:val="clear" w:color="auto" w:fill="2F75B5"/>
            <w:tcMar>
              <w:top w:w="70" w:type="dxa"/>
              <w:left w:w="120" w:type="dxa"/>
              <w:bottom w:w="70" w:type="dxa"/>
              <w:right w:w="120" w:type="dxa"/>
            </w:tcMar>
          </w:tcPr>
          <w:p w14:paraId="06B2E3B1" w14:textId="77777777" w:rsidR="00D66CFF" w:rsidRPr="00355E0F" w:rsidRDefault="00377C93">
            <w:pPr>
              <w:spacing w:after="0"/>
              <w:rPr>
                <w:color w:val="FFFFFF" w:themeColor="background1"/>
              </w:rPr>
            </w:pPr>
            <w:r w:rsidRPr="00355E0F">
              <w:rPr>
                <w:b/>
                <w:color w:val="FFFFFF" w:themeColor="background1"/>
                <w:sz w:val="20"/>
              </w:rPr>
              <w:lastRenderedPageBreak/>
              <w:t>4. HEALTH INSURANCE</w:t>
            </w:r>
          </w:p>
        </w:tc>
      </w:tr>
      <w:tr w:rsidR="00D66CFF" w14:paraId="6F8728AA" w14:textId="77777777" w:rsidTr="00355E0F">
        <w:tblPrEx>
          <w:jc w:val="center"/>
          <w:tblInd w:w="0" w:type="dxa"/>
        </w:tblPrEx>
        <w:trPr>
          <w:jc w:val="center"/>
        </w:trPr>
        <w:tc>
          <w:tcPr>
            <w:tcW w:w="5482" w:type="dxa"/>
            <w:gridSpan w:val="2"/>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60E1F50C" w14:textId="77777777" w:rsidR="00D66CFF" w:rsidRDefault="00377C93">
            <w:pPr>
              <w:spacing w:after="20"/>
            </w:pPr>
            <w:r>
              <w:rPr>
                <w:b/>
              </w:rPr>
              <w:t>Insurance company</w:t>
            </w:r>
          </w:p>
          <w:p w14:paraId="5782B954" w14:textId="77777777" w:rsidR="00D66CFF" w:rsidRDefault="00377C93">
            <w:pPr>
              <w:pBdr>
                <w:bottom w:val="single" w:sz="6" w:space="0" w:color="808080"/>
              </w:pBdr>
              <w:spacing w:after="0"/>
            </w:pPr>
            <w:r>
              <w:t xml:space="preserve"> </w:t>
            </w:r>
          </w:p>
        </w:tc>
        <w:tc>
          <w:tcPr>
            <w:tcW w:w="6067" w:type="dxa"/>
            <w:gridSpan w:val="5"/>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4D0CC1E7" w14:textId="77777777" w:rsidR="00D66CFF" w:rsidRDefault="00377C93">
            <w:pPr>
              <w:spacing w:after="20"/>
            </w:pPr>
            <w:r>
              <w:rPr>
                <w:b/>
              </w:rPr>
              <w:t>Member/Policy ID</w:t>
            </w:r>
          </w:p>
          <w:p w14:paraId="7D779474" w14:textId="77777777" w:rsidR="00D66CFF" w:rsidRDefault="00377C93">
            <w:pPr>
              <w:pBdr>
                <w:bottom w:val="single" w:sz="6" w:space="0" w:color="808080"/>
              </w:pBdr>
              <w:spacing w:after="0"/>
            </w:pPr>
            <w:r>
              <w:t xml:space="preserve"> </w:t>
            </w:r>
          </w:p>
        </w:tc>
      </w:tr>
      <w:tr w:rsidR="00D66CFF" w14:paraId="1A632D84" w14:textId="77777777" w:rsidTr="00355E0F">
        <w:tblPrEx>
          <w:jc w:val="center"/>
          <w:tblInd w:w="0" w:type="dxa"/>
        </w:tblPrEx>
        <w:trPr>
          <w:jc w:val="center"/>
        </w:trPr>
        <w:tc>
          <w:tcPr>
            <w:tcW w:w="5482" w:type="dxa"/>
            <w:gridSpan w:val="2"/>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2F2FEBC8" w14:textId="77777777" w:rsidR="00D66CFF" w:rsidRDefault="00377C93">
            <w:pPr>
              <w:spacing w:after="20"/>
            </w:pPr>
            <w:r>
              <w:rPr>
                <w:b/>
              </w:rPr>
              <w:t>Group number</w:t>
            </w:r>
          </w:p>
          <w:p w14:paraId="5C753265" w14:textId="77777777" w:rsidR="00D66CFF" w:rsidRDefault="00377C93">
            <w:pPr>
              <w:pBdr>
                <w:bottom w:val="single" w:sz="6" w:space="0" w:color="808080"/>
              </w:pBdr>
              <w:spacing w:after="0"/>
            </w:pPr>
            <w:r>
              <w:t xml:space="preserve"> </w:t>
            </w:r>
          </w:p>
        </w:tc>
        <w:tc>
          <w:tcPr>
            <w:tcW w:w="6067" w:type="dxa"/>
            <w:gridSpan w:val="5"/>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171B2542" w14:textId="77777777" w:rsidR="00D66CFF" w:rsidRDefault="00377C93">
            <w:pPr>
              <w:spacing w:after="20"/>
            </w:pPr>
            <w:r>
              <w:rPr>
                <w:b/>
              </w:rPr>
              <w:t>Claims/Member services phone</w:t>
            </w:r>
          </w:p>
          <w:p w14:paraId="07712348" w14:textId="77777777" w:rsidR="00D66CFF" w:rsidRDefault="00377C93">
            <w:pPr>
              <w:pBdr>
                <w:bottom w:val="single" w:sz="6" w:space="0" w:color="808080"/>
              </w:pBdr>
              <w:spacing w:after="0"/>
            </w:pPr>
            <w:r>
              <w:t xml:space="preserve"> </w:t>
            </w:r>
          </w:p>
        </w:tc>
      </w:tr>
      <w:tr w:rsidR="00D66CFF" w14:paraId="3003D2DF" w14:textId="77777777" w:rsidTr="00355E0F">
        <w:tblPrEx>
          <w:jc w:val="center"/>
          <w:tblInd w:w="0" w:type="dxa"/>
        </w:tblPrEx>
        <w:trPr>
          <w:jc w:val="center"/>
        </w:trPr>
        <w:tc>
          <w:tcPr>
            <w:tcW w:w="5482" w:type="dxa"/>
            <w:gridSpan w:val="2"/>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69D5E8CF" w14:textId="77777777" w:rsidR="00D66CFF" w:rsidRDefault="00377C93">
            <w:pPr>
              <w:spacing w:after="20"/>
            </w:pPr>
            <w:r>
              <w:rPr>
                <w:b/>
              </w:rPr>
              <w:t>Policyholder name</w:t>
            </w:r>
          </w:p>
          <w:p w14:paraId="4E512E75" w14:textId="77777777" w:rsidR="00D66CFF" w:rsidRDefault="00377C93">
            <w:pPr>
              <w:pBdr>
                <w:bottom w:val="single" w:sz="6" w:space="0" w:color="808080"/>
              </w:pBdr>
              <w:spacing w:after="0"/>
            </w:pPr>
            <w:r>
              <w:t xml:space="preserve"> </w:t>
            </w:r>
          </w:p>
        </w:tc>
        <w:tc>
          <w:tcPr>
            <w:tcW w:w="6067" w:type="dxa"/>
            <w:gridSpan w:val="5"/>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1B700F81" w14:textId="77777777" w:rsidR="00D66CFF" w:rsidRDefault="00377C93">
            <w:pPr>
              <w:spacing w:after="20"/>
            </w:pPr>
            <w:r>
              <w:rPr>
                <w:b/>
              </w:rPr>
              <w:t>Relationship to athlete</w:t>
            </w:r>
          </w:p>
          <w:p w14:paraId="350F88E7" w14:textId="77777777" w:rsidR="00D66CFF" w:rsidRDefault="00377C93">
            <w:pPr>
              <w:pBdr>
                <w:bottom w:val="single" w:sz="6" w:space="0" w:color="808080"/>
              </w:pBdr>
              <w:spacing w:after="0"/>
            </w:pPr>
            <w:r>
              <w:t xml:space="preserve"> </w:t>
            </w:r>
          </w:p>
        </w:tc>
      </w:tr>
      <w:tr w:rsidR="00D66CFF" w14:paraId="77B4569C" w14:textId="77777777" w:rsidTr="00355E0F">
        <w:tblPrEx>
          <w:jc w:val="center"/>
          <w:tblInd w:w="0" w:type="dxa"/>
        </w:tblPrEx>
        <w:trPr>
          <w:gridAfter w:val="2"/>
          <w:wAfter w:w="22" w:type="dxa"/>
          <w:jc w:val="center"/>
        </w:trPr>
        <w:tc>
          <w:tcPr>
            <w:tcW w:w="11527" w:type="dxa"/>
            <w:gridSpan w:val="5"/>
            <w:tcBorders>
              <w:top w:val="single" w:sz="0" w:space="0" w:color="2F75B5"/>
              <w:left w:val="single" w:sz="0" w:space="0" w:color="2F75B5"/>
              <w:bottom w:val="single" w:sz="0" w:space="0" w:color="2F75B5"/>
              <w:right w:val="single" w:sz="0" w:space="0" w:color="2F75B5"/>
            </w:tcBorders>
            <w:shd w:val="clear" w:color="auto" w:fill="2F75B5"/>
            <w:tcMar>
              <w:top w:w="70" w:type="dxa"/>
              <w:left w:w="120" w:type="dxa"/>
              <w:bottom w:w="70" w:type="dxa"/>
              <w:right w:w="120" w:type="dxa"/>
            </w:tcMar>
          </w:tcPr>
          <w:p w14:paraId="1AB04784" w14:textId="77777777" w:rsidR="00D66CFF" w:rsidRDefault="00377C93">
            <w:pPr>
              <w:spacing w:after="0"/>
            </w:pPr>
            <w:r w:rsidRPr="00355E0F">
              <w:rPr>
                <w:b/>
                <w:color w:val="FFFFFF" w:themeColor="background1"/>
                <w:sz w:val="20"/>
              </w:rPr>
              <w:t>5. AUTHORIZATION FOR EMERGENCY MEDICAL CARE</w:t>
            </w:r>
          </w:p>
        </w:tc>
      </w:tr>
    </w:tbl>
    <w:p w14:paraId="27DA67C7" w14:textId="3CF378E8" w:rsidR="00D66CFF" w:rsidRDefault="00377C93" w:rsidP="00355E0F">
      <w:pPr>
        <w:spacing w:after="140" w:line="259" w:lineRule="auto"/>
      </w:pPr>
      <w:r>
        <w:t>I am the parent or legal guardian of the minor athlete named on this form. If I cannot be reached promptly, I authorize Invictus Wrestling Inc, its coaches, officers, employees, volunteers, and designated adult representatives to obtain and consent to emergency evaluation, first aid, ambulance transportation, diagnostic services, and medical or hospital treatment that a licensed healthcare professional determines is reasonably necessary for my child. This authorization applies while my child is participating in, traveling to or from, or attending an Invictus Wrestling Inc. practice, competition, conditioning session, camp, clinic, team event, or other approved activity.</w:t>
      </w:r>
    </w:p>
    <w:p w14:paraId="00CBF74B" w14:textId="63723DB0" w:rsidR="00D66CFF" w:rsidRDefault="00377C93">
      <w:pPr>
        <w:spacing w:after="140" w:line="259" w:lineRule="auto"/>
      </w:pPr>
      <w:r>
        <w:t>I understand that Invictus Wrestling Inc representatives are not healthcare professionals and will not make medical diagnoses. They may provide basic first aid within the scope of their training, contact emergency services, and share the information on this form with emergency responders and healthcare providers when reasonably necessary to assist my child. If a concussion is suspected, my child may be removed from activity and may not return the same day; medical clearance may be required before return to participation.</w:t>
      </w:r>
    </w:p>
    <w:tbl>
      <w:tblPr>
        <w:tblW w:w="11476" w:type="dxa"/>
        <w:jc w:val="center"/>
        <w:tblLayout w:type="fixed"/>
        <w:tblLook w:val="04A0" w:firstRow="1" w:lastRow="0" w:firstColumn="1" w:lastColumn="0" w:noHBand="0" w:noVBand="1"/>
      </w:tblPr>
      <w:tblGrid>
        <w:gridCol w:w="11476"/>
      </w:tblGrid>
      <w:tr w:rsidR="00D66CFF" w14:paraId="7C9F0509" w14:textId="77777777" w:rsidTr="00355E0F">
        <w:trPr>
          <w:jc w:val="center"/>
        </w:trPr>
        <w:tc>
          <w:tcPr>
            <w:tcW w:w="11476" w:type="dxa"/>
            <w:tcBorders>
              <w:top w:val="single" w:sz="0" w:space="0" w:color="2F75B5"/>
              <w:left w:val="single" w:sz="0" w:space="0" w:color="2F75B5"/>
              <w:bottom w:val="single" w:sz="0" w:space="0" w:color="2F75B5"/>
              <w:right w:val="single" w:sz="0" w:space="0" w:color="2F75B5"/>
            </w:tcBorders>
            <w:shd w:val="clear" w:color="auto" w:fill="2F75B5"/>
            <w:tcMar>
              <w:top w:w="70" w:type="dxa"/>
              <w:left w:w="120" w:type="dxa"/>
              <w:bottom w:w="70" w:type="dxa"/>
              <w:right w:w="120" w:type="dxa"/>
            </w:tcMar>
          </w:tcPr>
          <w:p w14:paraId="2BDA9BFD" w14:textId="77777777" w:rsidR="00D66CFF" w:rsidRDefault="00377C93">
            <w:pPr>
              <w:spacing w:after="0"/>
            </w:pPr>
            <w:r w:rsidRPr="00355E0F">
              <w:rPr>
                <w:b/>
                <w:color w:val="FFFFFF" w:themeColor="background1"/>
                <w:sz w:val="20"/>
              </w:rPr>
              <w:t>6. PARENT/GUARDIAN DIRECTIONS AND LIMITATIONS</w:t>
            </w:r>
          </w:p>
        </w:tc>
      </w:tr>
      <w:tr w:rsidR="00D66CFF" w14:paraId="39727EC1" w14:textId="77777777" w:rsidTr="00355E0F">
        <w:trPr>
          <w:jc w:val="center"/>
        </w:trPr>
        <w:tc>
          <w:tcPr>
            <w:tcW w:w="11476" w:type="dxa"/>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0A358FE6" w14:textId="77777777" w:rsidR="00D66CFF" w:rsidRDefault="00377C93">
            <w:pPr>
              <w:spacing w:after="20"/>
            </w:pPr>
            <w:r>
              <w:rPr>
                <w:b/>
              </w:rPr>
              <w:t>Check one:  ☐ No limitations on emergency care authorized above     ☐ Limitations or special instructions are listed below</w:t>
            </w:r>
          </w:p>
          <w:p w14:paraId="43DE1257" w14:textId="77777777" w:rsidR="00D66CFF" w:rsidRDefault="00377C93">
            <w:pPr>
              <w:pBdr>
                <w:bottom w:val="single" w:sz="6" w:space="0" w:color="808080"/>
              </w:pBdr>
              <w:spacing w:after="0"/>
            </w:pPr>
            <w:r>
              <w:t xml:space="preserve"> </w:t>
            </w:r>
          </w:p>
        </w:tc>
      </w:tr>
      <w:tr w:rsidR="00D66CFF" w14:paraId="3E6D5EEF" w14:textId="77777777" w:rsidTr="00355E0F">
        <w:trPr>
          <w:jc w:val="center"/>
        </w:trPr>
        <w:tc>
          <w:tcPr>
            <w:tcW w:w="11476" w:type="dxa"/>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392EF7E9" w14:textId="7C7D967E" w:rsidR="00355E0F" w:rsidRDefault="00377C93" w:rsidP="00FF2F6C">
            <w:pPr>
              <w:spacing w:after="20"/>
            </w:pPr>
            <w:r>
              <w:rPr>
                <w:b/>
              </w:rPr>
              <w:t>Limitations, special instructions, religious considerations, or preferred care instructions</w:t>
            </w:r>
          </w:p>
          <w:p w14:paraId="6BCCE0BD" w14:textId="77777777" w:rsidR="00355E0F" w:rsidRDefault="00355E0F">
            <w:pPr>
              <w:pBdr>
                <w:bottom w:val="single" w:sz="6" w:space="0" w:color="808080"/>
              </w:pBdr>
              <w:spacing w:after="0"/>
            </w:pPr>
          </w:p>
          <w:p w14:paraId="61C3C252" w14:textId="77777777" w:rsidR="00FF2F6C" w:rsidRDefault="00FF2F6C">
            <w:pPr>
              <w:pBdr>
                <w:bottom w:val="single" w:sz="6" w:space="0" w:color="808080"/>
              </w:pBdr>
              <w:spacing w:after="0"/>
            </w:pPr>
          </w:p>
          <w:p w14:paraId="39934B0D" w14:textId="77777777" w:rsidR="00FF2F6C" w:rsidRDefault="00FF2F6C">
            <w:pPr>
              <w:pBdr>
                <w:bottom w:val="single" w:sz="6" w:space="0" w:color="808080"/>
              </w:pBdr>
              <w:spacing w:after="0"/>
            </w:pPr>
          </w:p>
          <w:p w14:paraId="232ADD02" w14:textId="77777777" w:rsidR="00D66CFF" w:rsidRDefault="00377C93">
            <w:pPr>
              <w:pBdr>
                <w:bottom w:val="single" w:sz="6" w:space="0" w:color="808080"/>
              </w:pBdr>
              <w:spacing w:after="0"/>
            </w:pPr>
            <w:r>
              <w:t xml:space="preserve"> </w:t>
            </w:r>
          </w:p>
        </w:tc>
      </w:tr>
      <w:tr w:rsidR="00D66CFF" w14:paraId="163E5EFF" w14:textId="77777777" w:rsidTr="00355E0F">
        <w:trPr>
          <w:jc w:val="center"/>
        </w:trPr>
        <w:tc>
          <w:tcPr>
            <w:tcW w:w="11476" w:type="dxa"/>
            <w:tcBorders>
              <w:top w:val="single" w:sz="0" w:space="0" w:color="2F75B5"/>
              <w:left w:val="single" w:sz="0" w:space="0" w:color="2F75B5"/>
              <w:bottom w:val="single" w:sz="0" w:space="0" w:color="2F75B5"/>
              <w:right w:val="single" w:sz="0" w:space="0" w:color="2F75B5"/>
            </w:tcBorders>
            <w:shd w:val="clear" w:color="auto" w:fill="2F75B5"/>
            <w:tcMar>
              <w:top w:w="70" w:type="dxa"/>
              <w:left w:w="120" w:type="dxa"/>
              <w:bottom w:w="70" w:type="dxa"/>
              <w:right w:w="120" w:type="dxa"/>
            </w:tcMar>
          </w:tcPr>
          <w:p w14:paraId="04DFBC10" w14:textId="77777777" w:rsidR="00D66CFF" w:rsidRDefault="00377C93">
            <w:pPr>
              <w:spacing w:after="0"/>
            </w:pPr>
            <w:r w:rsidRPr="00355E0F">
              <w:rPr>
                <w:b/>
                <w:color w:val="FFFFFF" w:themeColor="background1"/>
                <w:sz w:val="20"/>
              </w:rPr>
              <w:t>7. FINANCIAL RESPONSIBILITY AND ACKNOWLEDGMENT</w:t>
            </w:r>
          </w:p>
        </w:tc>
      </w:tr>
    </w:tbl>
    <w:p w14:paraId="71CF246A" w14:textId="77777777" w:rsidR="00D66CFF" w:rsidRDefault="00D66CFF">
      <w:pPr>
        <w:spacing w:after="0"/>
      </w:pPr>
    </w:p>
    <w:p w14:paraId="32B4F729" w14:textId="77777777" w:rsidR="00D66CFF" w:rsidRDefault="00377C93">
      <w:pPr>
        <w:ind w:left="259" w:hanging="259"/>
      </w:pPr>
      <w:r>
        <w:rPr>
          <w:b/>
        </w:rPr>
        <w:t xml:space="preserve">☐ </w:t>
      </w:r>
      <w:r>
        <w:t>I understand that I am responsible for expenses associated with medical evaluation, transportation, treatment, prescriptions, or hospitalization for my child, to the extent not covered by insurance.</w:t>
      </w:r>
    </w:p>
    <w:p w14:paraId="637AB516" w14:textId="77777777" w:rsidR="00D66CFF" w:rsidRDefault="00377C93">
      <w:pPr>
        <w:ind w:left="259" w:hanging="259"/>
      </w:pPr>
      <w:r>
        <w:rPr>
          <w:b/>
        </w:rPr>
        <w:t xml:space="preserve">☐ </w:t>
      </w:r>
      <w:r>
        <w:t>I certify that the information provided is accurate and complete to the best of my knowledge. I agree to notify Invictus Wrestling Inc. promptly of changes to this information.</w:t>
      </w:r>
    </w:p>
    <w:p w14:paraId="7581FAFC" w14:textId="77777777" w:rsidR="00D66CFF" w:rsidRDefault="00377C93">
      <w:pPr>
        <w:ind w:left="259" w:hanging="259"/>
      </w:pPr>
      <w:r>
        <w:rPr>
          <w:b/>
        </w:rPr>
        <w:t xml:space="preserve">☐ </w:t>
      </w:r>
      <w:r>
        <w:t>This form authorizes emergency care only and does not replace a sports physical, physician clearance, medication administration authorization, individualized action plan, or other form that may be required.</w:t>
      </w:r>
    </w:p>
    <w:tbl>
      <w:tblPr>
        <w:tblW w:w="0" w:type="auto"/>
        <w:jc w:val="center"/>
        <w:tblLayout w:type="fixed"/>
        <w:tblLook w:val="04A0" w:firstRow="1" w:lastRow="0" w:firstColumn="1" w:lastColumn="0" w:noHBand="0" w:noVBand="1"/>
      </w:tblPr>
      <w:tblGrid>
        <w:gridCol w:w="11490"/>
      </w:tblGrid>
      <w:tr w:rsidR="00D66CFF" w14:paraId="42264FC7" w14:textId="77777777" w:rsidTr="00355E0F">
        <w:trPr>
          <w:jc w:val="center"/>
        </w:trPr>
        <w:tc>
          <w:tcPr>
            <w:tcW w:w="11490" w:type="dxa"/>
            <w:tcBorders>
              <w:top w:val="single" w:sz="0" w:space="0" w:color="2F75B5"/>
              <w:left w:val="single" w:sz="0" w:space="0" w:color="2F75B5"/>
              <w:bottom w:val="single" w:sz="0" w:space="0" w:color="2F75B5"/>
              <w:right w:val="single" w:sz="0" w:space="0" w:color="2F75B5"/>
            </w:tcBorders>
            <w:shd w:val="clear" w:color="auto" w:fill="2F75B5"/>
            <w:tcMar>
              <w:top w:w="70" w:type="dxa"/>
              <w:left w:w="120" w:type="dxa"/>
              <w:bottom w:w="70" w:type="dxa"/>
              <w:right w:w="120" w:type="dxa"/>
            </w:tcMar>
          </w:tcPr>
          <w:p w14:paraId="16868844" w14:textId="77777777" w:rsidR="00D66CFF" w:rsidRDefault="00377C93">
            <w:pPr>
              <w:spacing w:after="0"/>
            </w:pPr>
            <w:r w:rsidRPr="00355E0F">
              <w:rPr>
                <w:b/>
                <w:color w:val="FFFFFF" w:themeColor="background1"/>
                <w:sz w:val="20"/>
              </w:rPr>
              <w:t>8. EFFECTIVE DATES AND SIGNATURE</w:t>
            </w:r>
          </w:p>
        </w:tc>
      </w:tr>
    </w:tbl>
    <w:p w14:paraId="52CF4C2D" w14:textId="77777777" w:rsidR="00D66CFF" w:rsidRDefault="00D66CFF">
      <w:pPr>
        <w:spacing w:after="0"/>
      </w:pPr>
    </w:p>
    <w:tbl>
      <w:tblPr>
        <w:tblW w:w="0" w:type="auto"/>
        <w:jc w:val="center"/>
        <w:tblLayout w:type="fixed"/>
        <w:tblLook w:val="04A0" w:firstRow="1" w:lastRow="0" w:firstColumn="1" w:lastColumn="0" w:noHBand="0" w:noVBand="1"/>
      </w:tblPr>
      <w:tblGrid>
        <w:gridCol w:w="4986"/>
        <w:gridCol w:w="6201"/>
      </w:tblGrid>
      <w:tr w:rsidR="00D66CFF" w14:paraId="0F3FE028" w14:textId="77777777" w:rsidTr="00355E0F">
        <w:trPr>
          <w:jc w:val="center"/>
        </w:trPr>
        <w:tc>
          <w:tcPr>
            <w:tcW w:w="4986" w:type="dxa"/>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75AA2DBD" w14:textId="77777777" w:rsidR="00D66CFF" w:rsidRDefault="00377C93">
            <w:pPr>
              <w:spacing w:after="20"/>
            </w:pPr>
            <w:r>
              <w:rPr>
                <w:b/>
              </w:rPr>
              <w:t>Authorization effective date</w:t>
            </w:r>
          </w:p>
          <w:p w14:paraId="1CA9B23C" w14:textId="77777777" w:rsidR="00D66CFF" w:rsidRDefault="00377C93">
            <w:pPr>
              <w:pBdr>
                <w:bottom w:val="single" w:sz="6" w:space="0" w:color="808080"/>
              </w:pBdr>
              <w:spacing w:after="0"/>
            </w:pPr>
            <w:r>
              <w:t xml:space="preserve"> </w:t>
            </w:r>
          </w:p>
        </w:tc>
        <w:tc>
          <w:tcPr>
            <w:tcW w:w="6201" w:type="dxa"/>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352763F7" w14:textId="77777777" w:rsidR="00D66CFF" w:rsidRDefault="00377C93">
            <w:pPr>
              <w:spacing w:after="20"/>
            </w:pPr>
            <w:r>
              <w:rPr>
                <w:b/>
              </w:rPr>
              <w:t>Expiration date (recommended: end of season/program year)</w:t>
            </w:r>
          </w:p>
          <w:p w14:paraId="4332CF1A" w14:textId="77777777" w:rsidR="00D66CFF" w:rsidRDefault="00377C93">
            <w:pPr>
              <w:pBdr>
                <w:bottom w:val="single" w:sz="6" w:space="0" w:color="808080"/>
              </w:pBdr>
              <w:spacing w:after="0"/>
            </w:pPr>
            <w:r>
              <w:t xml:space="preserve"> </w:t>
            </w:r>
          </w:p>
        </w:tc>
      </w:tr>
    </w:tbl>
    <w:p w14:paraId="20870B7E" w14:textId="77777777" w:rsidR="00D66CFF" w:rsidRDefault="00377C93">
      <w:pPr>
        <w:spacing w:after="140"/>
      </w:pPr>
      <w:r>
        <w:t>This authorization remains effective through the expiration date above unless I revoke it earlier in writing. Revocation does not affect actions already taken in reliance on this authorization.</w:t>
      </w:r>
    </w:p>
    <w:tbl>
      <w:tblPr>
        <w:tblW w:w="11108" w:type="dxa"/>
        <w:jc w:val="center"/>
        <w:tblLayout w:type="fixed"/>
        <w:tblLook w:val="04A0" w:firstRow="1" w:lastRow="0" w:firstColumn="1" w:lastColumn="0" w:noHBand="0" w:noVBand="1"/>
      </w:tblPr>
      <w:tblGrid>
        <w:gridCol w:w="7056"/>
        <w:gridCol w:w="4052"/>
      </w:tblGrid>
      <w:tr w:rsidR="00D66CFF" w14:paraId="2CC92FC7" w14:textId="77777777" w:rsidTr="00FF2F6C">
        <w:trPr>
          <w:jc w:val="center"/>
        </w:trPr>
        <w:tc>
          <w:tcPr>
            <w:tcW w:w="7056" w:type="dxa"/>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77D093A6" w14:textId="77777777" w:rsidR="00D66CFF" w:rsidRDefault="00377C93">
            <w:pPr>
              <w:spacing w:after="20"/>
            </w:pPr>
            <w:r>
              <w:rPr>
                <w:b/>
              </w:rPr>
              <w:t>Printed name of parent/legal guardian</w:t>
            </w:r>
          </w:p>
          <w:p w14:paraId="17BD2DF6" w14:textId="77777777" w:rsidR="00D66CFF" w:rsidRDefault="00377C93">
            <w:pPr>
              <w:pBdr>
                <w:bottom w:val="single" w:sz="6" w:space="0" w:color="808080"/>
              </w:pBdr>
              <w:spacing w:after="0"/>
            </w:pPr>
            <w:r>
              <w:t xml:space="preserve"> </w:t>
            </w:r>
          </w:p>
        </w:tc>
        <w:tc>
          <w:tcPr>
            <w:tcW w:w="4052" w:type="dxa"/>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4F98E426" w14:textId="77777777" w:rsidR="00D66CFF" w:rsidRDefault="00377C93">
            <w:pPr>
              <w:spacing w:after="20"/>
            </w:pPr>
            <w:r>
              <w:rPr>
                <w:b/>
              </w:rPr>
              <w:t>Relationship to athlete</w:t>
            </w:r>
          </w:p>
          <w:p w14:paraId="37755EF8" w14:textId="77777777" w:rsidR="00D66CFF" w:rsidRDefault="00377C93">
            <w:pPr>
              <w:pBdr>
                <w:bottom w:val="single" w:sz="6" w:space="0" w:color="808080"/>
              </w:pBdr>
              <w:spacing w:after="0"/>
            </w:pPr>
            <w:r>
              <w:t xml:space="preserve"> </w:t>
            </w:r>
          </w:p>
        </w:tc>
      </w:tr>
      <w:tr w:rsidR="00D66CFF" w14:paraId="4CFDADF8" w14:textId="77777777" w:rsidTr="00FF2F6C">
        <w:trPr>
          <w:jc w:val="center"/>
        </w:trPr>
        <w:tc>
          <w:tcPr>
            <w:tcW w:w="7056" w:type="dxa"/>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3D3ABD69" w14:textId="77777777" w:rsidR="00D66CFF" w:rsidRDefault="00377C93">
            <w:pPr>
              <w:spacing w:after="20"/>
            </w:pPr>
            <w:r>
              <w:rPr>
                <w:b/>
              </w:rPr>
              <w:t>Parent/legal guardian signature</w:t>
            </w:r>
          </w:p>
          <w:p w14:paraId="11813000" w14:textId="77777777" w:rsidR="00D66CFF" w:rsidRDefault="00377C93">
            <w:pPr>
              <w:pBdr>
                <w:bottom w:val="single" w:sz="6" w:space="0" w:color="808080"/>
              </w:pBdr>
              <w:spacing w:after="0"/>
            </w:pPr>
            <w:r>
              <w:t xml:space="preserve"> </w:t>
            </w:r>
          </w:p>
        </w:tc>
        <w:tc>
          <w:tcPr>
            <w:tcW w:w="4052" w:type="dxa"/>
            <w:tcBorders>
              <w:top w:val="single" w:sz="6" w:space="0" w:color="A6A6A6"/>
              <w:left w:val="single" w:sz="6" w:space="0" w:color="A6A6A6"/>
              <w:bottom w:val="single" w:sz="6" w:space="0" w:color="A6A6A6"/>
              <w:right w:val="single" w:sz="6" w:space="0" w:color="A6A6A6"/>
            </w:tcBorders>
            <w:tcMar>
              <w:top w:w="80" w:type="dxa"/>
              <w:left w:w="100" w:type="dxa"/>
              <w:bottom w:w="80" w:type="dxa"/>
              <w:right w:w="100" w:type="dxa"/>
            </w:tcMar>
            <w:vAlign w:val="center"/>
          </w:tcPr>
          <w:p w14:paraId="241B3516" w14:textId="77777777" w:rsidR="00D66CFF" w:rsidRDefault="00377C93">
            <w:pPr>
              <w:spacing w:after="20"/>
            </w:pPr>
            <w:r>
              <w:rPr>
                <w:b/>
              </w:rPr>
              <w:t>Date</w:t>
            </w:r>
          </w:p>
          <w:p w14:paraId="42D0529A" w14:textId="77777777" w:rsidR="00D66CFF" w:rsidRDefault="00377C93">
            <w:pPr>
              <w:pBdr>
                <w:bottom w:val="single" w:sz="6" w:space="0" w:color="808080"/>
              </w:pBdr>
              <w:spacing w:after="0"/>
            </w:pPr>
            <w:r>
              <w:t xml:space="preserve"> </w:t>
            </w:r>
          </w:p>
        </w:tc>
      </w:tr>
    </w:tbl>
    <w:p w14:paraId="31045A53" w14:textId="77777777" w:rsidR="00377C93" w:rsidRDefault="00377C93" w:rsidP="00FF2F6C"/>
    <w:sectPr w:rsidR="00377C93" w:rsidSect="00034616">
      <w:footerReference w:type="default" r:id="rId8"/>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41EC2" w14:textId="77777777" w:rsidR="009B30F5" w:rsidRDefault="009B30F5">
      <w:pPr>
        <w:spacing w:after="0" w:line="240" w:lineRule="auto"/>
      </w:pPr>
      <w:r>
        <w:separator/>
      </w:r>
    </w:p>
  </w:endnote>
  <w:endnote w:type="continuationSeparator" w:id="0">
    <w:p w14:paraId="134702FB" w14:textId="77777777" w:rsidR="009B30F5" w:rsidRDefault="009B3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BF79A" w14:textId="6D096DDB" w:rsidR="00D66CFF" w:rsidRDefault="00377C93">
    <w:pPr>
      <w:pStyle w:val="Footer"/>
      <w:jc w:val="center"/>
    </w:pPr>
    <w:r>
      <w:rPr>
        <w:color w:val="666666"/>
        <w:sz w:val="15"/>
      </w:rPr>
      <w:t xml:space="preserve">Invictus Wrestling Inc  |  Parent/Guardian Medical Authorization  |  </w:t>
    </w:r>
    <w:r>
      <w:fldChar w:fldCharType="begin"/>
    </w:r>
    <w:r>
      <w:instrText>PAGE</w:instrText>
    </w:r>
    <w:r>
      <w:fldChar w:fldCharType="separate"/>
    </w:r>
    <w:r w:rsidR="00355E0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712F3" w14:textId="77777777" w:rsidR="009B30F5" w:rsidRDefault="009B30F5">
      <w:pPr>
        <w:spacing w:after="0" w:line="240" w:lineRule="auto"/>
      </w:pPr>
      <w:r>
        <w:separator/>
      </w:r>
    </w:p>
  </w:footnote>
  <w:footnote w:type="continuationSeparator" w:id="0">
    <w:p w14:paraId="5E685E8D" w14:textId="77777777" w:rsidR="009B30F5" w:rsidRDefault="009B30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4448228">
    <w:abstractNumId w:val="8"/>
  </w:num>
  <w:num w:numId="2" w16cid:durableId="918513925">
    <w:abstractNumId w:val="6"/>
  </w:num>
  <w:num w:numId="3" w16cid:durableId="730810174">
    <w:abstractNumId w:val="5"/>
  </w:num>
  <w:num w:numId="4" w16cid:durableId="812672977">
    <w:abstractNumId w:val="4"/>
  </w:num>
  <w:num w:numId="5" w16cid:durableId="998463937">
    <w:abstractNumId w:val="7"/>
  </w:num>
  <w:num w:numId="6" w16cid:durableId="1971669952">
    <w:abstractNumId w:val="3"/>
  </w:num>
  <w:num w:numId="7" w16cid:durableId="731658355">
    <w:abstractNumId w:val="2"/>
  </w:num>
  <w:num w:numId="8" w16cid:durableId="2013679243">
    <w:abstractNumId w:val="1"/>
  </w:num>
  <w:num w:numId="9" w16cid:durableId="1882550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02D9"/>
    <w:rsid w:val="0015074B"/>
    <w:rsid w:val="001F3EE2"/>
    <w:rsid w:val="0029639D"/>
    <w:rsid w:val="003178E4"/>
    <w:rsid w:val="00326F90"/>
    <w:rsid w:val="00355E0F"/>
    <w:rsid w:val="00377C93"/>
    <w:rsid w:val="007A7C86"/>
    <w:rsid w:val="009B30F5"/>
    <w:rsid w:val="00AA1D8D"/>
    <w:rsid w:val="00B47730"/>
    <w:rsid w:val="00B6194C"/>
    <w:rsid w:val="00B9540F"/>
    <w:rsid w:val="00CB0664"/>
    <w:rsid w:val="00D66CFF"/>
    <w:rsid w:val="00FC693F"/>
    <w:rsid w:val="00FF2F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167BE9"/>
  <w14:defaultImageDpi w14:val="300"/>
  <w15:docId w15:val="{7B0E427E-D188-4C32-BE0B-1DBFED9E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color w:val="404040"/>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502</Words>
  <Characters>3166</Characters>
  <Application>Microsoft Office Word</Application>
  <DocSecurity>0</DocSecurity>
  <Lines>121</Lines>
  <Paragraphs>65</Paragraphs>
  <ScaleCrop>false</ScaleCrop>
  <HeadingPairs>
    <vt:vector size="2" baseType="variant">
      <vt:variant>
        <vt:lpstr>Title</vt:lpstr>
      </vt:variant>
      <vt:variant>
        <vt:i4>1</vt:i4>
      </vt:variant>
    </vt:vector>
  </HeadingPairs>
  <TitlesOfParts>
    <vt:vector size="1" baseType="lpstr">
      <vt:lpstr>Invictus Wrestling Parent/Guardian Medical Authorization Form</vt:lpstr>
    </vt:vector>
  </TitlesOfParts>
  <Manager/>
  <Company/>
  <LinksUpToDate>false</LinksUpToDate>
  <CharactersWithSpaces>3603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Invictus Wrestling Parent/Guardian Medical Authorization Form</dc:title>
  <dc:subject>Emergency medical authorization for minor athletes</dc:subject>
  <dc:creator>Amy Hooper</dc:creator>
  <cp:keywords/>
  <dc:description>generated by python-docx</dc:description>
  <cp:lastModifiedBy>Amy Hooper</cp:lastModifiedBy>
  <cp:revision>4</cp:revision>
  <cp:lastPrinted>2026-09-08T22:02:00Z</cp:lastPrinted>
  <dcterms:created xsi:type="dcterms:W3CDTF">2026-09-08T22:03:00Z</dcterms:created>
  <dcterms:modified xsi:type="dcterms:W3CDTF">2026-09-09T13:16:00Z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18f016c-22b8-446d-b6bf-5084e2f97183_Enabled">
    <vt:lpwstr>true</vt:lpwstr>
  </property>
  <property fmtid="{D5CDD505-2E9C-101B-9397-08002B2CF9AE}" pid="3" name="MSIP_Label_418f016c-22b8-446d-b6bf-5084e2f97183_SetDate">
    <vt:lpwstr>2026-09-08T21:47:17Z</vt:lpwstr>
  </property>
  <property fmtid="{D5CDD505-2E9C-101B-9397-08002B2CF9AE}" pid="4" name="MSIP_Label_418f016c-22b8-446d-b6bf-5084e2f97183_Method">
    <vt:lpwstr>Standard</vt:lpwstr>
  </property>
  <property fmtid="{D5CDD505-2E9C-101B-9397-08002B2CF9AE}" pid="5" name="MSIP_Label_418f016c-22b8-446d-b6bf-5084e2f97183_Name">
    <vt:lpwstr>Company Data</vt:lpwstr>
  </property>
  <property fmtid="{D5CDD505-2E9C-101B-9397-08002B2CF9AE}" pid="6" name="MSIP_Label_418f016c-22b8-446d-b6bf-5084e2f97183_SiteId">
    <vt:lpwstr>04341329-a13c-4e61-b3c6-4bf9be35131a</vt:lpwstr>
  </property>
  <property fmtid="{D5CDD505-2E9C-101B-9397-08002B2CF9AE}" pid="7" name="MSIP_Label_418f016c-22b8-446d-b6bf-5084e2f97183_ActionId">
    <vt:lpwstr>92f07b87-8ca9-4ffa-8119-a098086f91ff</vt:lpwstr>
  </property>
  <property fmtid="{D5CDD505-2E9C-101B-9397-08002B2CF9AE}" pid="8" name="MSIP_Label_418f016c-22b8-446d-b6bf-5084e2f97183_ContentBits">
    <vt:lpwstr>0</vt:lpwstr>
  </property>
</Properties>
</file>