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0656"/>
      </w:tblGrid>
      <w:tr w:rsidR="00C441E1" w14:paraId="2F518339" w14:textId="77777777">
        <w:trPr>
          <w:jc w:val="center"/>
        </w:trPr>
        <w:tc>
          <w:tcPr>
            <w:tcW w:w="10656" w:type="dxa"/>
            <w:tcBorders>
              <w:top w:val="single" w:sz="0" w:space="0" w:color="3F3F3F"/>
              <w:left w:val="single" w:sz="0" w:space="0" w:color="3F3F3F"/>
              <w:bottom w:val="single" w:sz="0" w:space="0" w:color="3F3F3F"/>
              <w:right w:val="single" w:sz="0" w:space="0" w:color="3F3F3F"/>
            </w:tcBorders>
            <w:shd w:val="clear" w:color="auto" w:fill="3F3F3F"/>
            <w:tcMar>
              <w:top w:w="135" w:type="dxa"/>
              <w:left w:w="140" w:type="dxa"/>
              <w:bottom w:w="115" w:type="dxa"/>
              <w:right w:w="140" w:type="dxa"/>
            </w:tcMar>
          </w:tcPr>
          <w:p w14:paraId="2B31C4A4" w14:textId="333075B3" w:rsidR="00C441E1" w:rsidRDefault="003E1C87">
            <w:pPr>
              <w:spacing w:after="0"/>
              <w:jc w:val="center"/>
            </w:pPr>
            <w:r>
              <w:rPr>
                <w:b/>
                <w:color w:val="FFFFFF"/>
                <w:sz w:val="30"/>
              </w:rPr>
              <w:t>TRAVEL, TOURNAMENT, AND</w:t>
            </w:r>
            <w:r>
              <w:rPr>
                <w:b/>
                <w:color w:val="FFFFFF"/>
                <w:sz w:val="30"/>
              </w:rPr>
              <w:br/>
              <w:t>OFF-SITE ACTIVITY LIABILITY EXTENSION</w:t>
            </w:r>
            <w:r>
              <w:rPr>
                <w:b/>
                <w:color w:val="E7E6E6"/>
                <w:sz w:val="20"/>
              </w:rPr>
              <w:br/>
              <w:t>INVICTUS WRESTLING INC</w:t>
            </w:r>
          </w:p>
        </w:tc>
      </w:tr>
    </w:tbl>
    <w:p w14:paraId="6523EBA9" w14:textId="77777777" w:rsidR="00C441E1" w:rsidRDefault="003E1C87">
      <w:pPr>
        <w:spacing w:before="120" w:after="120"/>
        <w:jc w:val="center"/>
      </w:pPr>
      <w:r>
        <w:rPr>
          <w:b/>
          <w:color w:val="7F7F7F"/>
          <w:sz w:val="16"/>
        </w:rPr>
        <w:t>IMPORTANT: Read this Extension together with the Participation Waiver &amp; Release of Liability before signing.</w:t>
      </w:r>
    </w:p>
    <w:p w14:paraId="2769552C" w14:textId="77777777" w:rsidR="00854790" w:rsidRDefault="00854790">
      <w:pPr>
        <w:spacing w:before="60" w:after="80" w:line="247" w:lineRule="auto"/>
      </w:pPr>
    </w:p>
    <w:p w14:paraId="2E1496F3" w14:textId="2AFC2D79" w:rsidR="00C441E1" w:rsidRDefault="003E1C87">
      <w:pPr>
        <w:spacing w:before="60" w:after="80" w:line="247" w:lineRule="auto"/>
      </w:pPr>
      <w:r>
        <w:t>This Travel, Tournament, and Off-Site Activity Liability Extension (“Extension”) is incorporated into and made part of the Invictus Wrestling Inc Participation Waiver &amp; Release of Liability previously signed by the participant and/or parent or legal guardian. Except as supplemented by this Extension, the terms of the underlying waiver remain in effect to the fullest extent permitted by applicable law.</w:t>
      </w:r>
    </w:p>
    <w:p w14:paraId="0B4D2E76" w14:textId="77777777" w:rsidR="00854790" w:rsidRDefault="00854790">
      <w:pPr>
        <w:spacing w:before="60" w:after="80" w:line="247" w:lineRule="auto"/>
      </w:pPr>
    </w:p>
    <w:tbl>
      <w:tblPr>
        <w:tblW w:w="0" w:type="auto"/>
        <w:jc w:val="center"/>
        <w:tblLayout w:type="fixed"/>
        <w:tblLook w:val="04A0" w:firstRow="1" w:lastRow="0" w:firstColumn="1" w:lastColumn="0" w:noHBand="0" w:noVBand="1"/>
      </w:tblPr>
      <w:tblGrid>
        <w:gridCol w:w="6125"/>
        <w:gridCol w:w="4531"/>
        <w:gridCol w:w="10"/>
      </w:tblGrid>
      <w:tr w:rsidR="00C441E1" w14:paraId="15981A5A" w14:textId="77777777">
        <w:trPr>
          <w:gridAfter w:val="1"/>
          <w:wAfter w:w="10" w:type="dxa"/>
          <w:jc w:val="center"/>
        </w:trPr>
        <w:tc>
          <w:tcPr>
            <w:tcW w:w="10656" w:type="dxa"/>
            <w:gridSpan w:val="2"/>
            <w:tcBorders>
              <w:top w:val="single" w:sz="0" w:space="0" w:color="7F7F7F"/>
              <w:left w:val="single" w:sz="0" w:space="0" w:color="7F7F7F"/>
              <w:bottom w:val="single" w:sz="0" w:space="0" w:color="7F7F7F"/>
              <w:right w:val="single" w:sz="0" w:space="0" w:color="7F7F7F"/>
            </w:tcBorders>
            <w:shd w:val="clear" w:color="auto" w:fill="7F7F7F"/>
            <w:tcMar>
              <w:top w:w="75" w:type="dxa"/>
              <w:left w:w="120" w:type="dxa"/>
              <w:bottom w:w="75" w:type="dxa"/>
              <w:right w:w="120" w:type="dxa"/>
            </w:tcMar>
          </w:tcPr>
          <w:p w14:paraId="66EFB8F9" w14:textId="77777777" w:rsidR="00C441E1" w:rsidRDefault="003E1C87">
            <w:pPr>
              <w:spacing w:after="0"/>
            </w:pPr>
            <w:r>
              <w:rPr>
                <w:b/>
                <w:color w:val="FFFFFF"/>
                <w:sz w:val="20"/>
              </w:rPr>
              <w:t>PARTICIPANT INFORMATION</w:t>
            </w:r>
          </w:p>
        </w:tc>
      </w:tr>
      <w:tr w:rsidR="006E14DC" w14:paraId="206149B0" w14:textId="77777777" w:rsidTr="0018122D">
        <w:trPr>
          <w:jc w:val="center"/>
        </w:trPr>
        <w:tc>
          <w:tcPr>
            <w:tcW w:w="6125" w:type="dxa"/>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7E18FA30" w14:textId="77777777" w:rsidR="006E14DC" w:rsidRDefault="006E14DC" w:rsidP="006E14DC">
            <w:pPr>
              <w:spacing w:after="20"/>
            </w:pPr>
            <w:r>
              <w:rPr>
                <w:b/>
              </w:rPr>
              <w:t>Athlete full name</w:t>
            </w:r>
          </w:p>
          <w:p w14:paraId="68B5797D" w14:textId="1F42F9C0" w:rsidR="006E14DC" w:rsidRDefault="006E14DC" w:rsidP="006E14DC">
            <w:pPr>
              <w:spacing w:after="20"/>
              <w:rPr>
                <w:b/>
              </w:rPr>
            </w:pPr>
            <w:r>
              <w:t xml:space="preserve"> </w:t>
            </w:r>
          </w:p>
        </w:tc>
        <w:tc>
          <w:tcPr>
            <w:tcW w:w="4541" w:type="dxa"/>
            <w:gridSpan w:val="2"/>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67740D65" w14:textId="77777777" w:rsidR="006E14DC" w:rsidRDefault="006E14DC" w:rsidP="006E14DC">
            <w:pPr>
              <w:spacing w:after="20"/>
            </w:pPr>
            <w:r>
              <w:rPr>
                <w:b/>
              </w:rPr>
              <w:t>Date of birth</w:t>
            </w:r>
          </w:p>
          <w:p w14:paraId="15029D82" w14:textId="6A32C2F1" w:rsidR="006E14DC" w:rsidRDefault="006E14DC" w:rsidP="006E14DC">
            <w:pPr>
              <w:spacing w:after="20"/>
              <w:rPr>
                <w:b/>
              </w:rPr>
            </w:pPr>
            <w:r>
              <w:t xml:space="preserve"> </w:t>
            </w:r>
          </w:p>
        </w:tc>
      </w:tr>
      <w:tr w:rsidR="006E14DC" w14:paraId="4FDC0DFD" w14:textId="77777777" w:rsidTr="0018122D">
        <w:trPr>
          <w:jc w:val="center"/>
        </w:trPr>
        <w:tc>
          <w:tcPr>
            <w:tcW w:w="6125" w:type="dxa"/>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49CEB7DF" w14:textId="77777777" w:rsidR="006E14DC" w:rsidRDefault="006E14DC" w:rsidP="006E14DC">
            <w:pPr>
              <w:spacing w:after="20"/>
            </w:pPr>
            <w:r>
              <w:rPr>
                <w:b/>
              </w:rPr>
              <w:t>Parent/legal guardian full name, if athlete is under 18</w:t>
            </w:r>
          </w:p>
          <w:p w14:paraId="0A04A07E" w14:textId="4449853E" w:rsidR="006E14DC" w:rsidRDefault="006E14DC" w:rsidP="006E14DC">
            <w:pPr>
              <w:spacing w:after="20"/>
              <w:rPr>
                <w:b/>
              </w:rPr>
            </w:pPr>
            <w:r>
              <w:t xml:space="preserve"> </w:t>
            </w:r>
          </w:p>
        </w:tc>
        <w:tc>
          <w:tcPr>
            <w:tcW w:w="4541" w:type="dxa"/>
            <w:gridSpan w:val="2"/>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5DF7A4F8" w14:textId="349237BB" w:rsidR="006E14DC" w:rsidRDefault="006E14DC" w:rsidP="006E14DC">
            <w:pPr>
              <w:spacing w:after="20"/>
            </w:pPr>
            <w:r>
              <w:rPr>
                <w:b/>
              </w:rPr>
              <w:t>Relationship</w:t>
            </w:r>
          </w:p>
          <w:p w14:paraId="6E8DC56E" w14:textId="0080AAF8" w:rsidR="006E14DC" w:rsidRDefault="006E14DC" w:rsidP="006E14DC">
            <w:pPr>
              <w:spacing w:after="20"/>
              <w:rPr>
                <w:b/>
              </w:rPr>
            </w:pPr>
            <w:r>
              <w:t xml:space="preserve"> </w:t>
            </w:r>
          </w:p>
        </w:tc>
      </w:tr>
      <w:tr w:rsidR="006E14DC" w14:paraId="0C51F8E5" w14:textId="77777777" w:rsidTr="0018122D">
        <w:trPr>
          <w:jc w:val="center"/>
        </w:trPr>
        <w:tc>
          <w:tcPr>
            <w:tcW w:w="6125" w:type="dxa"/>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043CE4D4" w14:textId="77777777" w:rsidR="006E14DC" w:rsidRDefault="006E14DC" w:rsidP="006E14DC">
            <w:pPr>
              <w:spacing w:after="20"/>
            </w:pPr>
            <w:r>
              <w:rPr>
                <w:b/>
              </w:rPr>
              <w:t>Email address</w:t>
            </w:r>
          </w:p>
          <w:p w14:paraId="68D20F1C" w14:textId="37621905" w:rsidR="006E14DC" w:rsidRDefault="006E14DC" w:rsidP="006E14DC">
            <w:pPr>
              <w:spacing w:after="20"/>
              <w:rPr>
                <w:b/>
              </w:rPr>
            </w:pPr>
            <w:r>
              <w:t xml:space="preserve"> </w:t>
            </w:r>
          </w:p>
        </w:tc>
        <w:tc>
          <w:tcPr>
            <w:tcW w:w="4541" w:type="dxa"/>
            <w:gridSpan w:val="2"/>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49669FAB" w14:textId="41B93FB3" w:rsidR="006E14DC" w:rsidRDefault="006E14DC" w:rsidP="006E14DC">
            <w:pPr>
              <w:spacing w:after="20"/>
            </w:pPr>
            <w:r>
              <w:rPr>
                <w:b/>
              </w:rPr>
              <w:t>Primary phone</w:t>
            </w:r>
          </w:p>
          <w:p w14:paraId="5D9A87A0" w14:textId="01084E93" w:rsidR="006E14DC" w:rsidRDefault="006E14DC" w:rsidP="006E14DC">
            <w:pPr>
              <w:spacing w:after="20"/>
              <w:rPr>
                <w:b/>
              </w:rPr>
            </w:pPr>
            <w:r>
              <w:t xml:space="preserve"> </w:t>
            </w:r>
          </w:p>
        </w:tc>
      </w:tr>
      <w:tr w:rsidR="00037832" w14:paraId="0350DACB" w14:textId="77777777" w:rsidTr="00037832">
        <w:trPr>
          <w:gridAfter w:val="1"/>
          <w:wAfter w:w="10" w:type="dxa"/>
          <w:jc w:val="center"/>
        </w:trPr>
        <w:tc>
          <w:tcPr>
            <w:tcW w:w="10656" w:type="dxa"/>
            <w:gridSpan w:val="2"/>
            <w:tcMar>
              <w:top w:w="75" w:type="dxa"/>
              <w:left w:w="120" w:type="dxa"/>
              <w:bottom w:w="75" w:type="dxa"/>
              <w:right w:w="120" w:type="dxa"/>
            </w:tcMar>
          </w:tcPr>
          <w:p w14:paraId="483A6566" w14:textId="77777777" w:rsidR="00037832" w:rsidRDefault="00037832" w:rsidP="006E14DC">
            <w:pPr>
              <w:spacing w:after="0"/>
              <w:rPr>
                <w:b/>
                <w:color w:val="FFFFFF"/>
                <w:sz w:val="20"/>
              </w:rPr>
            </w:pPr>
          </w:p>
        </w:tc>
      </w:tr>
      <w:tr w:rsidR="006E14DC" w14:paraId="58454637" w14:textId="77777777" w:rsidTr="00037832">
        <w:trPr>
          <w:gridAfter w:val="1"/>
          <w:wAfter w:w="10" w:type="dxa"/>
          <w:jc w:val="center"/>
        </w:trPr>
        <w:tc>
          <w:tcPr>
            <w:tcW w:w="10656" w:type="dxa"/>
            <w:gridSpan w:val="2"/>
            <w:tcBorders>
              <w:left w:val="single" w:sz="0" w:space="0" w:color="7F7F7F"/>
              <w:bottom w:val="single" w:sz="0" w:space="0" w:color="7F7F7F"/>
              <w:right w:val="single" w:sz="0" w:space="0" w:color="7F7F7F"/>
            </w:tcBorders>
            <w:shd w:val="clear" w:color="auto" w:fill="7F7F7F"/>
            <w:tcMar>
              <w:top w:w="75" w:type="dxa"/>
              <w:left w:w="120" w:type="dxa"/>
              <w:bottom w:w="75" w:type="dxa"/>
              <w:right w:w="120" w:type="dxa"/>
            </w:tcMar>
          </w:tcPr>
          <w:p w14:paraId="5144D251" w14:textId="77777777" w:rsidR="006E14DC" w:rsidRDefault="006E14DC" w:rsidP="006E14DC">
            <w:pPr>
              <w:spacing w:after="0"/>
            </w:pPr>
            <w:r>
              <w:rPr>
                <w:b/>
                <w:color w:val="FFFFFF"/>
                <w:sz w:val="20"/>
              </w:rPr>
              <w:t>1. SCOPE OF EXTENSION</w:t>
            </w:r>
          </w:p>
        </w:tc>
      </w:tr>
    </w:tbl>
    <w:p w14:paraId="74A38F2F" w14:textId="159359FC" w:rsidR="00C441E1" w:rsidRDefault="003E1C87">
      <w:pPr>
        <w:spacing w:before="60" w:after="80" w:line="247" w:lineRule="auto"/>
      </w:pPr>
      <w:r>
        <w:t xml:space="preserve">This Extension applies to travel, transportation, lodging, tournaments, dual meets, clinics, camps, practices, team gatherings, meals, recreational periods, and other off-site or overnight activities associated with Invictus Wrestling Inc (collectively, “Events”), whether </w:t>
      </w:r>
      <w:r w:rsidR="00DD5741" w:rsidRPr="00DD5741">
        <w:t>organized, sponsored, coordinated, supervised, sanctioned, or otherwise authorized by</w:t>
      </w:r>
      <w:r w:rsidR="00DD5741">
        <w:t xml:space="preserve"> </w:t>
      </w:r>
      <w:r w:rsidR="006B1F97" w:rsidRPr="006B1F97">
        <w:t>Invictus Wrestling Inc.</w:t>
      </w:r>
      <w:r w:rsidR="003A61C2">
        <w:t xml:space="preserve"> </w:t>
      </w:r>
      <w:r>
        <w:t>I understand that participation may occur at facilities and locations not owned, operated, or controlled by Invictus Wrestling Inc.</w:t>
      </w:r>
    </w:p>
    <w:p w14:paraId="7A8F87FF" w14:textId="77777777" w:rsidR="00963121" w:rsidRPr="004C7644" w:rsidRDefault="00963121">
      <w:pPr>
        <w:spacing w:before="60" w:after="80" w:line="247" w:lineRule="auto"/>
        <w:rPr>
          <w:sz w:val="10"/>
          <w:szCs w:val="10"/>
        </w:rPr>
      </w:pPr>
    </w:p>
    <w:tbl>
      <w:tblPr>
        <w:tblW w:w="0" w:type="auto"/>
        <w:jc w:val="center"/>
        <w:tblLayout w:type="fixed"/>
        <w:tblLook w:val="04A0" w:firstRow="1" w:lastRow="0" w:firstColumn="1" w:lastColumn="0" w:noHBand="0" w:noVBand="1"/>
      </w:tblPr>
      <w:tblGrid>
        <w:gridCol w:w="10656"/>
      </w:tblGrid>
      <w:tr w:rsidR="00C441E1" w14:paraId="6E145D29" w14:textId="77777777">
        <w:trPr>
          <w:jc w:val="center"/>
        </w:trPr>
        <w:tc>
          <w:tcPr>
            <w:tcW w:w="10656" w:type="dxa"/>
            <w:tcBorders>
              <w:top w:val="single" w:sz="0" w:space="0" w:color="7F7F7F"/>
              <w:left w:val="single" w:sz="0" w:space="0" w:color="7F7F7F"/>
              <w:bottom w:val="single" w:sz="0" w:space="0" w:color="7F7F7F"/>
              <w:right w:val="single" w:sz="0" w:space="0" w:color="7F7F7F"/>
            </w:tcBorders>
            <w:shd w:val="clear" w:color="auto" w:fill="7F7F7F"/>
            <w:tcMar>
              <w:top w:w="75" w:type="dxa"/>
              <w:left w:w="120" w:type="dxa"/>
              <w:bottom w:w="75" w:type="dxa"/>
              <w:right w:w="120" w:type="dxa"/>
            </w:tcMar>
          </w:tcPr>
          <w:p w14:paraId="41B8EACC" w14:textId="2A9CB0EC" w:rsidR="00C441E1" w:rsidRPr="00516F6D" w:rsidRDefault="003E1C87">
            <w:pPr>
              <w:spacing w:after="0"/>
              <w:rPr>
                <w:b/>
                <w:color w:val="FFFFFF"/>
                <w:sz w:val="20"/>
              </w:rPr>
            </w:pPr>
            <w:r>
              <w:rPr>
                <w:b/>
                <w:color w:val="FFFFFF"/>
                <w:sz w:val="20"/>
              </w:rPr>
              <w:t xml:space="preserve">2. TRANSPORTATION AND TRAVEL </w:t>
            </w:r>
            <w:r w:rsidR="00516F6D" w:rsidRPr="00516F6D">
              <w:rPr>
                <w:b/>
                <w:color w:val="FFFFFF"/>
                <w:sz w:val="20"/>
              </w:rPr>
              <w:t>ACKNOWLEDGMENT</w:t>
            </w:r>
          </w:p>
        </w:tc>
      </w:tr>
    </w:tbl>
    <w:p w14:paraId="1E46F1EC" w14:textId="77777777" w:rsidR="00C441E1" w:rsidRDefault="003E1C87">
      <w:pPr>
        <w:spacing w:before="60" w:after="80" w:line="247" w:lineRule="auto"/>
      </w:pPr>
      <w:r>
        <w:t>I understand that transportation to, from, and during Events may involve personal vehicles, carpools, rental vehicles, vans, buses, public transportation, or other transportation that may not be owned, maintained, or operated by Invictus Wrestling Inc. I acknowledge that:</w:t>
      </w:r>
    </w:p>
    <w:p w14:paraId="22BBA04F" w14:textId="5F593D6A" w:rsidR="00C441E1" w:rsidRDefault="003E1C87">
      <w:pPr>
        <w:spacing w:after="40"/>
        <w:ind w:left="432" w:hanging="288"/>
      </w:pPr>
      <w:r>
        <w:rPr>
          <w:b/>
        </w:rPr>
        <w:t xml:space="preserve">☐  </w:t>
      </w:r>
      <w:r>
        <w:t>Invictus Wrestling Inc cannot guarantee the condition, maintenance, operation, or safety of any vehicle or transportation provider.</w:t>
      </w:r>
    </w:p>
    <w:p w14:paraId="1301CBAC" w14:textId="77777777" w:rsidR="00C441E1" w:rsidRDefault="003E1C87">
      <w:pPr>
        <w:spacing w:after="40"/>
        <w:ind w:left="432" w:hanging="288"/>
      </w:pPr>
      <w:r>
        <w:rPr>
          <w:b/>
        </w:rPr>
        <w:t xml:space="preserve">☐  </w:t>
      </w:r>
      <w:r>
        <w:t>Drivers may include parents, legal guardians, volunteers, coaches, rental operators, commercial carriers, or other third parties.</w:t>
      </w:r>
    </w:p>
    <w:p w14:paraId="46EF3836" w14:textId="77777777" w:rsidR="00C441E1" w:rsidRDefault="003E1C87">
      <w:pPr>
        <w:spacing w:after="40"/>
        <w:ind w:left="432" w:hanging="288"/>
      </w:pPr>
      <w:r>
        <w:rPr>
          <w:b/>
        </w:rPr>
        <w:t xml:space="preserve">☐  </w:t>
      </w:r>
      <w:r>
        <w:t>Travel involves inherent risks, including traffic incidents, vehicle breakdowns, delays, hazardous road or weather conditions, injury, disability, property damage, or death.</w:t>
      </w:r>
    </w:p>
    <w:p w14:paraId="624C4855" w14:textId="77777777" w:rsidR="00C441E1" w:rsidRDefault="003E1C87">
      <w:pPr>
        <w:spacing w:after="40"/>
        <w:ind w:left="432" w:hanging="288"/>
      </w:pPr>
      <w:r>
        <w:rPr>
          <w:b/>
        </w:rPr>
        <w:t xml:space="preserve">☐  </w:t>
      </w:r>
      <w:r>
        <w:t>Seat belts and other legally required safety restraints must be used when available, and participants must follow driver and transportation-provider instructions.</w:t>
      </w:r>
    </w:p>
    <w:p w14:paraId="237FC11E" w14:textId="77777777" w:rsidR="00C441E1" w:rsidRDefault="003E1C87">
      <w:pPr>
        <w:spacing w:before="60" w:after="80" w:line="247" w:lineRule="auto"/>
      </w:pPr>
      <w:r>
        <w:t>I knowingly and voluntarily accept the inherent risks associated with Event-related travel and transportation. To the fullest extent permitted by applicable law, I agree that the terms of the underlying Participation Waiver &amp; Release of Liability apply to claims arising from or related to such travel and transportation. Nothing in this Extension is intended to waive a claim or right that cannot legally be waived under Virginia law.</w:t>
      </w:r>
    </w:p>
    <w:p w14:paraId="69F6EB82" w14:textId="77777777" w:rsidR="00E937F6" w:rsidRDefault="00E937F6" w:rsidP="00E937F6">
      <w:pPr>
        <w:spacing w:before="60" w:after="80" w:line="247" w:lineRule="auto"/>
        <w:rPr>
          <w:b/>
          <w:bCs/>
          <w:highlight w:val="yellow"/>
        </w:rPr>
      </w:pPr>
    </w:p>
    <w:p w14:paraId="6B3F1A59" w14:textId="44B4DFB5" w:rsidR="00E937F6" w:rsidRDefault="00E937F6" w:rsidP="00E937F6">
      <w:pPr>
        <w:spacing w:before="60" w:after="80" w:line="247" w:lineRule="auto"/>
        <w:rPr>
          <w:b/>
          <w:bCs/>
        </w:rPr>
      </w:pPr>
      <w:r w:rsidRPr="00636A67">
        <w:rPr>
          <w:b/>
          <w:bCs/>
          <w:highlight w:val="yellow"/>
        </w:rPr>
        <w:t>Parent/Legal Guardian Initials: ____</w:t>
      </w:r>
      <w:r>
        <w:rPr>
          <w:b/>
          <w:bCs/>
          <w:highlight w:val="yellow"/>
        </w:rPr>
        <w:t>__________</w:t>
      </w:r>
      <w:r w:rsidRPr="00636A67">
        <w:rPr>
          <w:b/>
          <w:bCs/>
          <w:highlight w:val="yellow"/>
        </w:rPr>
        <w:t>____</w:t>
      </w:r>
    </w:p>
    <w:p w14:paraId="02107C4E" w14:textId="77777777" w:rsidR="00963121" w:rsidRPr="004C7644" w:rsidRDefault="00963121">
      <w:pPr>
        <w:spacing w:before="60" w:after="80" w:line="247" w:lineRule="auto"/>
        <w:rPr>
          <w:sz w:val="10"/>
          <w:szCs w:val="10"/>
        </w:rPr>
      </w:pPr>
    </w:p>
    <w:tbl>
      <w:tblPr>
        <w:tblW w:w="0" w:type="auto"/>
        <w:jc w:val="center"/>
        <w:tblLayout w:type="fixed"/>
        <w:tblLook w:val="04A0" w:firstRow="1" w:lastRow="0" w:firstColumn="1" w:lastColumn="0" w:noHBand="0" w:noVBand="1"/>
      </w:tblPr>
      <w:tblGrid>
        <w:gridCol w:w="10656"/>
      </w:tblGrid>
      <w:tr w:rsidR="00055552" w14:paraId="21B35ED2" w14:textId="77777777" w:rsidTr="008771A8">
        <w:trPr>
          <w:jc w:val="center"/>
        </w:trPr>
        <w:tc>
          <w:tcPr>
            <w:tcW w:w="10656" w:type="dxa"/>
            <w:tcBorders>
              <w:top w:val="single" w:sz="0" w:space="0" w:color="7F7F7F"/>
              <w:left w:val="single" w:sz="0" w:space="0" w:color="7F7F7F"/>
              <w:bottom w:val="single" w:sz="0" w:space="0" w:color="7F7F7F"/>
              <w:right w:val="single" w:sz="0" w:space="0" w:color="7F7F7F"/>
            </w:tcBorders>
            <w:shd w:val="clear" w:color="auto" w:fill="7F7F7F"/>
            <w:tcMar>
              <w:top w:w="75" w:type="dxa"/>
              <w:left w:w="120" w:type="dxa"/>
              <w:bottom w:w="75" w:type="dxa"/>
              <w:right w:w="120" w:type="dxa"/>
            </w:tcMar>
          </w:tcPr>
          <w:p w14:paraId="688A6E39" w14:textId="30D4450D" w:rsidR="00055552" w:rsidRDefault="007B45EE" w:rsidP="007B45EE">
            <w:pPr>
              <w:spacing w:after="0"/>
            </w:pPr>
            <w:r>
              <w:rPr>
                <w:b/>
                <w:color w:val="FFFFFF"/>
                <w:sz w:val="20"/>
              </w:rPr>
              <w:t xml:space="preserve">3. </w:t>
            </w:r>
            <w:r w:rsidRPr="007B45EE">
              <w:rPr>
                <w:b/>
                <w:color w:val="FFFFFF"/>
                <w:sz w:val="20"/>
              </w:rPr>
              <w:t>ASSUMPTION OF TRAVEL AND EVENT RISKS</w:t>
            </w:r>
          </w:p>
        </w:tc>
      </w:tr>
    </w:tbl>
    <w:p w14:paraId="7AA9A4B7" w14:textId="77777777" w:rsidR="007B45EE" w:rsidRDefault="007B45EE" w:rsidP="007B45EE">
      <w:pPr>
        <w:spacing w:before="60" w:after="80" w:line="247" w:lineRule="auto"/>
      </w:pPr>
      <w:r w:rsidRPr="007B45EE">
        <w:t>In addition to the risks described in the underlying Participation Waiver &amp; Release of Liability, I understand that participation in Events may involve additional risks associated with travel, transportation, overnight stays, unfamiliar locations, food service, recreational periods, interactions with third parties, and circumstances beyond the control of Invictus Wrestling Inc. I knowingly and voluntarily assume all inherent risks arising from or related to participation in Events.</w:t>
      </w:r>
    </w:p>
    <w:p w14:paraId="633DC4A3" w14:textId="77777777" w:rsidR="00854790" w:rsidRDefault="00854790" w:rsidP="007B45EE">
      <w:pPr>
        <w:spacing w:before="60" w:after="80" w:line="247" w:lineRule="auto"/>
      </w:pPr>
    </w:p>
    <w:p w14:paraId="458109C7" w14:textId="77777777" w:rsidR="00854790" w:rsidRDefault="00854790" w:rsidP="007B45EE">
      <w:pPr>
        <w:spacing w:before="60" w:after="80" w:line="247" w:lineRule="auto"/>
      </w:pPr>
    </w:p>
    <w:p w14:paraId="5CD5CE19" w14:textId="77777777" w:rsidR="00854790" w:rsidRDefault="00854790" w:rsidP="007B45EE">
      <w:pPr>
        <w:spacing w:before="60" w:after="80" w:line="247" w:lineRule="auto"/>
      </w:pPr>
    </w:p>
    <w:p w14:paraId="61E0BD18" w14:textId="77777777" w:rsidR="00963121" w:rsidRPr="004C7644" w:rsidRDefault="00963121" w:rsidP="007B45EE">
      <w:pPr>
        <w:spacing w:before="60" w:after="80" w:line="247" w:lineRule="auto"/>
        <w:rPr>
          <w:sz w:val="10"/>
          <w:szCs w:val="10"/>
        </w:rPr>
      </w:pPr>
    </w:p>
    <w:tbl>
      <w:tblPr>
        <w:tblW w:w="0" w:type="auto"/>
        <w:jc w:val="center"/>
        <w:tblLayout w:type="fixed"/>
        <w:tblLook w:val="04A0" w:firstRow="1" w:lastRow="0" w:firstColumn="1" w:lastColumn="0" w:noHBand="0" w:noVBand="1"/>
      </w:tblPr>
      <w:tblGrid>
        <w:gridCol w:w="10656"/>
      </w:tblGrid>
      <w:tr w:rsidR="0090639F" w14:paraId="480919DE" w14:textId="77777777" w:rsidTr="008771A8">
        <w:trPr>
          <w:jc w:val="center"/>
        </w:trPr>
        <w:tc>
          <w:tcPr>
            <w:tcW w:w="10656" w:type="dxa"/>
            <w:tcBorders>
              <w:top w:val="single" w:sz="0" w:space="0" w:color="7F7F7F"/>
              <w:left w:val="single" w:sz="0" w:space="0" w:color="7F7F7F"/>
              <w:bottom w:val="single" w:sz="0" w:space="0" w:color="7F7F7F"/>
              <w:right w:val="single" w:sz="0" w:space="0" w:color="7F7F7F"/>
            </w:tcBorders>
            <w:shd w:val="clear" w:color="auto" w:fill="7F7F7F"/>
            <w:tcMar>
              <w:top w:w="75" w:type="dxa"/>
              <w:left w:w="120" w:type="dxa"/>
              <w:bottom w:w="75" w:type="dxa"/>
              <w:right w:w="120" w:type="dxa"/>
            </w:tcMar>
          </w:tcPr>
          <w:p w14:paraId="3F735ED0" w14:textId="20EF5916" w:rsidR="0090639F" w:rsidRDefault="007B45EE" w:rsidP="008771A8">
            <w:pPr>
              <w:spacing w:after="0"/>
            </w:pPr>
            <w:r>
              <w:rPr>
                <w:b/>
                <w:color w:val="FFFFFF"/>
                <w:sz w:val="20"/>
              </w:rPr>
              <w:lastRenderedPageBreak/>
              <w:t>4</w:t>
            </w:r>
            <w:r w:rsidR="0090639F">
              <w:rPr>
                <w:b/>
                <w:color w:val="FFFFFF"/>
                <w:sz w:val="20"/>
              </w:rPr>
              <w:t xml:space="preserve">. </w:t>
            </w:r>
            <w:r w:rsidR="0090639F">
              <w:rPr>
                <w:b/>
                <w:color w:val="FFFFFF"/>
                <w:sz w:val="20"/>
              </w:rPr>
              <w:t>TRANSPORTATION AUTHORIZATION</w:t>
            </w:r>
          </w:p>
        </w:tc>
      </w:tr>
    </w:tbl>
    <w:p w14:paraId="3D987CA7" w14:textId="689776A6" w:rsidR="00291B07" w:rsidRPr="00636A67" w:rsidRDefault="00291B07" w:rsidP="00291B07">
      <w:pPr>
        <w:spacing w:before="60" w:after="80" w:line="247" w:lineRule="auto"/>
      </w:pPr>
      <w:r w:rsidRPr="00636A67">
        <w:t>I authorize Invictus Wrestling Inc to permit my child to be transported to and from practices, competitions, camps, clinics, tournaments, fundraising activities, volunteer events, and other Invictus Wrestling</w:t>
      </w:r>
      <w:r w:rsidR="00636A67" w:rsidRPr="00636A67">
        <w:t xml:space="preserve"> Inc</w:t>
      </w:r>
      <w:r w:rsidRPr="00636A67">
        <w:t>-sponsored or sanctioned activities by individuals authorized by Invictus Wrestling</w:t>
      </w:r>
      <w:r w:rsidR="00636A67" w:rsidRPr="00636A67">
        <w:t xml:space="preserve"> Inc</w:t>
      </w:r>
      <w:r w:rsidRPr="00636A67">
        <w:t>, including coaches, volunteers, staff members, parents, guardians, or other designated drivers.</w:t>
      </w:r>
    </w:p>
    <w:p w14:paraId="1DF2D79B" w14:textId="41B1E744" w:rsidR="00291B07" w:rsidRPr="00636A67" w:rsidRDefault="00291B07" w:rsidP="00291B07">
      <w:pPr>
        <w:spacing w:before="60" w:after="80" w:line="247" w:lineRule="auto"/>
      </w:pPr>
      <w:r w:rsidRPr="00636A67">
        <w:t>This authorization is subject to any transportation arrangements, requirements, restrictions, policies, procedures, permissions, and approvals established by Invictus Wrestling Inc. Invictus Wrestling Inc reserves the right to require separate transportation permissions for specific events, designate approved drivers, restrict transportation arrangements, or deny transportation authorization when deemed appropriate.</w:t>
      </w:r>
    </w:p>
    <w:p w14:paraId="08460CFC" w14:textId="25AB2AD9" w:rsidR="00291B07" w:rsidRPr="00636A67" w:rsidRDefault="00291B07" w:rsidP="00291B07">
      <w:pPr>
        <w:spacing w:before="60" w:after="80" w:line="247" w:lineRule="auto"/>
      </w:pPr>
      <w:r w:rsidRPr="00636A67">
        <w:t>Any transportation of a minor participant requiring parental or legal guardian permission shall remain subject to the applicable transportation arrangements and permissions established by Invictus Wrestling Inc, as may be amended from time to time.</w:t>
      </w:r>
    </w:p>
    <w:p w14:paraId="026CD174" w14:textId="7AE53BB8" w:rsidR="00291B07" w:rsidRPr="00636A67" w:rsidRDefault="00291B07" w:rsidP="00291B07">
      <w:pPr>
        <w:spacing w:before="60" w:after="80" w:line="247" w:lineRule="auto"/>
      </w:pPr>
      <w:r w:rsidRPr="00636A67">
        <w:t>I understand that I may revoke or modify this authorization at any time by providing written notice to Invictus Wrestling Inc; however, such revocation or modification shall not apply to transportation arrangements made prior to receipt of such notice.</w:t>
      </w:r>
    </w:p>
    <w:p w14:paraId="4AD9060D" w14:textId="77777777" w:rsidR="006E51E8" w:rsidRDefault="006E51E8">
      <w:pPr>
        <w:spacing w:before="60" w:after="80" w:line="247" w:lineRule="auto"/>
        <w:rPr>
          <w:b/>
          <w:bCs/>
          <w:highlight w:val="yellow"/>
        </w:rPr>
      </w:pPr>
    </w:p>
    <w:p w14:paraId="4546929D" w14:textId="3826FD87" w:rsidR="0090639F" w:rsidRDefault="00291B07">
      <w:pPr>
        <w:spacing w:before="60" w:after="80" w:line="247" w:lineRule="auto"/>
        <w:rPr>
          <w:b/>
          <w:bCs/>
        </w:rPr>
      </w:pPr>
      <w:r w:rsidRPr="00636A67">
        <w:rPr>
          <w:b/>
          <w:bCs/>
          <w:highlight w:val="yellow"/>
        </w:rPr>
        <w:t>Parent/Legal Guardian Initials: ____</w:t>
      </w:r>
      <w:r w:rsidR="00636A67">
        <w:rPr>
          <w:b/>
          <w:bCs/>
          <w:highlight w:val="yellow"/>
        </w:rPr>
        <w:t>__________</w:t>
      </w:r>
      <w:r w:rsidRPr="00636A67">
        <w:rPr>
          <w:b/>
          <w:bCs/>
          <w:highlight w:val="yellow"/>
        </w:rPr>
        <w:t>____</w:t>
      </w:r>
    </w:p>
    <w:p w14:paraId="2CFBC0F8" w14:textId="77777777" w:rsidR="00963121" w:rsidRPr="004C7644" w:rsidRDefault="00963121">
      <w:pPr>
        <w:spacing w:before="60" w:after="80" w:line="247" w:lineRule="auto"/>
        <w:rPr>
          <w:b/>
          <w:bCs/>
          <w:sz w:val="10"/>
          <w:szCs w:val="10"/>
        </w:rPr>
      </w:pPr>
    </w:p>
    <w:tbl>
      <w:tblPr>
        <w:tblW w:w="0" w:type="auto"/>
        <w:jc w:val="center"/>
        <w:tblLayout w:type="fixed"/>
        <w:tblLook w:val="04A0" w:firstRow="1" w:lastRow="0" w:firstColumn="1" w:lastColumn="0" w:noHBand="0" w:noVBand="1"/>
      </w:tblPr>
      <w:tblGrid>
        <w:gridCol w:w="10656"/>
      </w:tblGrid>
      <w:tr w:rsidR="00C441E1" w14:paraId="31045FD8" w14:textId="77777777">
        <w:trPr>
          <w:jc w:val="center"/>
        </w:trPr>
        <w:tc>
          <w:tcPr>
            <w:tcW w:w="10656" w:type="dxa"/>
            <w:tcBorders>
              <w:top w:val="single" w:sz="0" w:space="0" w:color="7F7F7F"/>
              <w:left w:val="single" w:sz="0" w:space="0" w:color="7F7F7F"/>
              <w:bottom w:val="single" w:sz="0" w:space="0" w:color="7F7F7F"/>
              <w:right w:val="single" w:sz="0" w:space="0" w:color="7F7F7F"/>
            </w:tcBorders>
            <w:shd w:val="clear" w:color="auto" w:fill="7F7F7F"/>
            <w:tcMar>
              <w:top w:w="75" w:type="dxa"/>
              <w:left w:w="120" w:type="dxa"/>
              <w:bottom w:w="75" w:type="dxa"/>
              <w:right w:w="120" w:type="dxa"/>
            </w:tcMar>
          </w:tcPr>
          <w:p w14:paraId="77206660" w14:textId="4C3E59A8" w:rsidR="00C441E1" w:rsidRDefault="007B45EE">
            <w:pPr>
              <w:spacing w:after="0"/>
            </w:pPr>
            <w:r>
              <w:rPr>
                <w:b/>
                <w:color w:val="FFFFFF"/>
                <w:sz w:val="20"/>
              </w:rPr>
              <w:t>5</w:t>
            </w:r>
            <w:r w:rsidR="003E1C87">
              <w:rPr>
                <w:b/>
                <w:color w:val="FFFFFF"/>
                <w:sz w:val="20"/>
              </w:rPr>
              <w:t>. LODGING, SUPERVISION, AND CONDUCT</w:t>
            </w:r>
          </w:p>
        </w:tc>
      </w:tr>
    </w:tbl>
    <w:p w14:paraId="0FDDBBC3" w14:textId="77777777" w:rsidR="00C441E1" w:rsidRDefault="003E1C87">
      <w:pPr>
        <w:spacing w:before="60" w:after="80" w:line="247" w:lineRule="auto"/>
      </w:pPr>
      <w:r>
        <w:t>I understand that overnight or multi-day Events may involve hotels, dormitories, host homes, shared rooms, rental properties, camps, or other lodging arrangements. I acknowledge that:</w:t>
      </w:r>
    </w:p>
    <w:p w14:paraId="4878D698" w14:textId="1AFFB897" w:rsidR="00C441E1" w:rsidRDefault="003E1C87">
      <w:pPr>
        <w:spacing w:after="40"/>
        <w:ind w:left="432" w:hanging="288"/>
      </w:pPr>
      <w:r>
        <w:rPr>
          <w:b/>
        </w:rPr>
        <w:t xml:space="preserve">☐  </w:t>
      </w:r>
      <w:r>
        <w:t>Invictus Wrestling Inc may not own, operate, inspect, or control lodging facilities and cannot guarantee their condition, security, accessibility, or safety.</w:t>
      </w:r>
    </w:p>
    <w:p w14:paraId="5ECD6C3E" w14:textId="77777777" w:rsidR="00C441E1" w:rsidRDefault="003E1C87">
      <w:pPr>
        <w:spacing w:after="40"/>
        <w:ind w:left="432" w:hanging="288"/>
      </w:pPr>
      <w:r>
        <w:rPr>
          <w:b/>
        </w:rPr>
        <w:t xml:space="preserve">☐  </w:t>
      </w:r>
      <w:r>
        <w:t>Supervision may be limited outside scheduled team activities, and continuous one-to-one supervision is not promised.</w:t>
      </w:r>
    </w:p>
    <w:p w14:paraId="09BE7D5D" w14:textId="1ACF3A63" w:rsidR="00C441E1" w:rsidRDefault="003E1C87">
      <w:pPr>
        <w:spacing w:after="40"/>
        <w:ind w:left="432" w:hanging="288"/>
      </w:pPr>
      <w:r>
        <w:rPr>
          <w:b/>
        </w:rPr>
        <w:t xml:space="preserve">☐  </w:t>
      </w:r>
      <w:r>
        <w:t>Parents and legal guardians remain responsible for establishing appropriate supervision and transportation arrangements unless Invictus Wrestling Inc expressly agrees otherwise in writing.</w:t>
      </w:r>
    </w:p>
    <w:p w14:paraId="6BDC0F68" w14:textId="77777777" w:rsidR="00C441E1" w:rsidRDefault="003E1C87">
      <w:pPr>
        <w:spacing w:after="40"/>
        <w:ind w:left="432" w:hanging="288"/>
      </w:pPr>
      <w:r>
        <w:rPr>
          <w:b/>
        </w:rPr>
        <w:t xml:space="preserve">☐  </w:t>
      </w:r>
      <w:r>
        <w:t>Athletes must follow team rules, curfews, lodging policies, coach instructions, and standards of respectful and safe conduct during scheduled activities and free time.</w:t>
      </w:r>
    </w:p>
    <w:p w14:paraId="7447F294" w14:textId="77777777" w:rsidR="00C441E1" w:rsidRDefault="003E1C87">
      <w:pPr>
        <w:spacing w:after="40"/>
        <w:ind w:left="432" w:hanging="288"/>
      </w:pPr>
      <w:r>
        <w:rPr>
          <w:b/>
        </w:rPr>
        <w:t xml:space="preserve">☐  </w:t>
      </w:r>
      <w:r>
        <w:t>Parents or legal guardians may be required to retrieve an athlete who violates safety or conduct requirements, and related costs may be the family’s responsibility.</w:t>
      </w:r>
    </w:p>
    <w:p w14:paraId="3A4D023F" w14:textId="3D813B2E" w:rsidR="002631B1" w:rsidRPr="002631B1" w:rsidRDefault="002631B1" w:rsidP="002631B1">
      <w:pPr>
        <w:spacing w:after="40"/>
        <w:ind w:left="432" w:hanging="288"/>
        <w:rPr>
          <w:bCs/>
        </w:rPr>
      </w:pPr>
      <w:r>
        <w:rPr>
          <w:b/>
        </w:rPr>
        <w:t xml:space="preserve">☐  </w:t>
      </w:r>
      <w:r w:rsidRPr="002631B1">
        <w:rPr>
          <w:bCs/>
        </w:rPr>
        <w:t>I understand that Invictus Wrestling Inc is not responsible for providing transportation home for a Participant who is removed from an Event due to illness, injury, misconduct, violation of team rules, disciplinary action, behavioral concerns, medical concerns, safety concerns, or any other circumstance requiring the Participant's early departure. The Participant's parent or legal guardian remains responsible for arranging and covering the cost of return transportation and any related expenses.</w:t>
      </w:r>
    </w:p>
    <w:p w14:paraId="7D8366BB" w14:textId="77777777" w:rsidR="00294E28" w:rsidRPr="00294E28" w:rsidRDefault="00294E28">
      <w:pPr>
        <w:spacing w:before="60" w:after="80" w:line="247" w:lineRule="auto"/>
        <w:rPr>
          <w:sz w:val="10"/>
          <w:szCs w:val="10"/>
        </w:rPr>
      </w:pPr>
    </w:p>
    <w:p w14:paraId="073203E4" w14:textId="13A6B53B" w:rsidR="00C441E1" w:rsidRDefault="003E1C87">
      <w:pPr>
        <w:spacing w:before="60" w:after="80" w:line="247" w:lineRule="auto"/>
      </w:pPr>
      <w:r>
        <w:t>I accept the inherent risks associated with lodging, shared spaces, unfamiliar locations, free time, and interactions with other participants or third parties. I agree to promptly disclose medical, behavioral, accessibility, dietary, or supervision needs that may affect safe participation.</w:t>
      </w:r>
    </w:p>
    <w:p w14:paraId="04F065F1" w14:textId="77777777" w:rsidR="00E937F6" w:rsidRDefault="00E937F6">
      <w:pPr>
        <w:spacing w:before="60" w:after="80" w:line="247" w:lineRule="auto"/>
      </w:pPr>
    </w:p>
    <w:p w14:paraId="02B727C2" w14:textId="77777777" w:rsidR="00E937F6" w:rsidRDefault="00E937F6" w:rsidP="00E937F6">
      <w:pPr>
        <w:spacing w:before="60" w:after="80" w:line="247" w:lineRule="auto"/>
        <w:rPr>
          <w:b/>
          <w:bCs/>
        </w:rPr>
      </w:pPr>
      <w:r w:rsidRPr="00636A67">
        <w:rPr>
          <w:b/>
          <w:bCs/>
          <w:highlight w:val="yellow"/>
        </w:rPr>
        <w:t>Parent/Legal Guardian Initials: ____</w:t>
      </w:r>
      <w:r>
        <w:rPr>
          <w:b/>
          <w:bCs/>
          <w:highlight w:val="yellow"/>
        </w:rPr>
        <w:t>__________</w:t>
      </w:r>
      <w:r w:rsidRPr="00636A67">
        <w:rPr>
          <w:b/>
          <w:bCs/>
          <w:highlight w:val="yellow"/>
        </w:rPr>
        <w:t>____</w:t>
      </w:r>
    </w:p>
    <w:p w14:paraId="579C14F8" w14:textId="77777777" w:rsidR="00963121" w:rsidRPr="004C7644" w:rsidRDefault="00963121">
      <w:pPr>
        <w:spacing w:before="60" w:after="80" w:line="247" w:lineRule="auto"/>
        <w:rPr>
          <w:sz w:val="10"/>
          <w:szCs w:val="10"/>
        </w:rPr>
      </w:pPr>
    </w:p>
    <w:tbl>
      <w:tblPr>
        <w:tblW w:w="0" w:type="auto"/>
        <w:jc w:val="center"/>
        <w:tblLayout w:type="fixed"/>
        <w:tblLook w:val="04A0" w:firstRow="1" w:lastRow="0" w:firstColumn="1" w:lastColumn="0" w:noHBand="0" w:noVBand="1"/>
      </w:tblPr>
      <w:tblGrid>
        <w:gridCol w:w="10656"/>
      </w:tblGrid>
      <w:tr w:rsidR="00C441E1" w14:paraId="402F7BC4" w14:textId="77777777">
        <w:trPr>
          <w:jc w:val="center"/>
        </w:trPr>
        <w:tc>
          <w:tcPr>
            <w:tcW w:w="10656" w:type="dxa"/>
            <w:tcBorders>
              <w:top w:val="single" w:sz="0" w:space="0" w:color="7F7F7F"/>
              <w:left w:val="single" w:sz="0" w:space="0" w:color="7F7F7F"/>
              <w:bottom w:val="single" w:sz="0" w:space="0" w:color="7F7F7F"/>
              <w:right w:val="single" w:sz="0" w:space="0" w:color="7F7F7F"/>
            </w:tcBorders>
            <w:shd w:val="clear" w:color="auto" w:fill="7F7F7F"/>
            <w:tcMar>
              <w:top w:w="75" w:type="dxa"/>
              <w:left w:w="120" w:type="dxa"/>
              <w:bottom w:w="75" w:type="dxa"/>
              <w:right w:w="120" w:type="dxa"/>
            </w:tcMar>
          </w:tcPr>
          <w:p w14:paraId="24CBF980" w14:textId="67605922" w:rsidR="00C441E1" w:rsidRDefault="007B45EE">
            <w:pPr>
              <w:spacing w:after="0"/>
            </w:pPr>
            <w:r>
              <w:rPr>
                <w:b/>
                <w:color w:val="FFFFFF"/>
                <w:sz w:val="20"/>
              </w:rPr>
              <w:t>6</w:t>
            </w:r>
            <w:r w:rsidR="003E1C87">
              <w:rPr>
                <w:b/>
                <w:color w:val="FFFFFF"/>
                <w:sz w:val="20"/>
              </w:rPr>
              <w:t>. EVENT, FACILITY, AND THIRD-PARTY RISKS</w:t>
            </w:r>
          </w:p>
        </w:tc>
      </w:tr>
    </w:tbl>
    <w:p w14:paraId="78ABE6FD" w14:textId="77777777" w:rsidR="00C441E1" w:rsidRDefault="003E1C87">
      <w:pPr>
        <w:spacing w:before="60" w:after="80" w:line="247" w:lineRule="auto"/>
      </w:pPr>
      <w:r>
        <w:t>I understand that Events may be hosted or operated by schools, gyms, tournament organizers, hotels, restaurants, transportation companies, property owners, vendors, or other third parties. Conditions, rules, staffing, equipment, security, emergency response, and supervision may vary by location. I knowingly and voluntarily accept the inherent risks associated with unfamiliar facilities, crowds, equipment, food service, weather, travel schedules, and the acts or omissions of participants and third parties. The underlying waiver applies to facility owners, site operators, event hosts, and other Releasees identified in that document, subject to applicable law.</w:t>
      </w:r>
    </w:p>
    <w:p w14:paraId="44EE10DD" w14:textId="4ECBA9DE" w:rsidR="007332D2" w:rsidRPr="007332D2" w:rsidRDefault="007B45EE" w:rsidP="007332D2">
      <w:pPr>
        <w:spacing w:before="60" w:after="80" w:line="247" w:lineRule="auto"/>
        <w:rPr>
          <w:b/>
          <w:bCs/>
        </w:rPr>
      </w:pPr>
      <w:r>
        <w:rPr>
          <w:b/>
          <w:bCs/>
        </w:rPr>
        <w:t>6</w:t>
      </w:r>
      <w:r w:rsidR="007332D2" w:rsidRPr="007332D2">
        <w:rPr>
          <w:b/>
          <w:bCs/>
        </w:rPr>
        <w:t>A. PERSONAL PROPERTY</w:t>
      </w:r>
    </w:p>
    <w:p w14:paraId="7C09C6B2" w14:textId="0D4C4BD2" w:rsidR="007332D2" w:rsidRPr="007332D2" w:rsidRDefault="007332D2" w:rsidP="007332D2">
      <w:pPr>
        <w:spacing w:before="60" w:after="80" w:line="247" w:lineRule="auto"/>
      </w:pPr>
      <w:r w:rsidRPr="007332D2">
        <w:t>I understand that Invictus Wrestling Inc is not responsible for the loss, theft, or damage of personal property belonging to the Participant, including but not limited to athletic equipment, clothing, electronics, money, jewelry, luggage, identification documents, medications, or other personal belongings. The Participant assumes responsibility for securing and safeguarding personal property during Events.</w:t>
      </w:r>
    </w:p>
    <w:p w14:paraId="6AD2CEE1" w14:textId="25099830" w:rsidR="007332D2" w:rsidRPr="007332D2" w:rsidRDefault="007B45EE" w:rsidP="007332D2">
      <w:pPr>
        <w:spacing w:before="60" w:after="80" w:line="247" w:lineRule="auto"/>
        <w:rPr>
          <w:b/>
          <w:bCs/>
        </w:rPr>
      </w:pPr>
      <w:r>
        <w:rPr>
          <w:b/>
          <w:bCs/>
        </w:rPr>
        <w:t>6</w:t>
      </w:r>
      <w:r w:rsidR="007332D2" w:rsidRPr="007332D2">
        <w:rPr>
          <w:b/>
          <w:bCs/>
        </w:rPr>
        <w:t>B. EVENT CHANGES AND TRAVEL DISRUPTIONS</w:t>
      </w:r>
    </w:p>
    <w:p w14:paraId="34577A89" w14:textId="4BF1E031" w:rsidR="007332D2" w:rsidRDefault="007332D2" w:rsidP="007332D2">
      <w:pPr>
        <w:spacing w:before="60" w:after="80" w:line="247" w:lineRule="auto"/>
      </w:pPr>
      <w:r w:rsidRPr="007332D2">
        <w:t>I understand that Event schedules, locations, travel plans, lodging arrangements, transportation providers, competition formats, supervision arrangements, and event activities may change without advance notice due to weather, facility conditions, transportation issues, emergencies, safety concerns, organizer decisions, or other circumstances beyond the control of Invictus Wrestling Inc. I authorize Invictus Wrestling Inc and its representatives to make reasonable decisions regarding the Participant's health, safety, supervision, transportation, and participation in response to such circumstances.</w:t>
      </w:r>
    </w:p>
    <w:p w14:paraId="62928F41" w14:textId="77777777" w:rsidR="00275070" w:rsidRDefault="00275070" w:rsidP="00275070">
      <w:pPr>
        <w:spacing w:before="60" w:after="80" w:line="247" w:lineRule="auto"/>
      </w:pPr>
      <w:r w:rsidRPr="00275070">
        <w:t>I understand that such decisions may be made without prior parent or guardian approval when emergency circumstances, safety concerns, or logistical considerations reasonably require prompt action.</w:t>
      </w:r>
    </w:p>
    <w:p w14:paraId="37C72A29" w14:textId="77777777" w:rsidR="00D37FA6" w:rsidRPr="004C7644" w:rsidRDefault="00D37FA6">
      <w:pPr>
        <w:spacing w:before="60" w:after="80" w:line="247" w:lineRule="auto"/>
        <w:rPr>
          <w:sz w:val="10"/>
          <w:szCs w:val="10"/>
        </w:rPr>
      </w:pPr>
    </w:p>
    <w:tbl>
      <w:tblPr>
        <w:tblW w:w="0" w:type="auto"/>
        <w:jc w:val="center"/>
        <w:tblLayout w:type="fixed"/>
        <w:tblLook w:val="04A0" w:firstRow="1" w:lastRow="0" w:firstColumn="1" w:lastColumn="0" w:noHBand="0" w:noVBand="1"/>
      </w:tblPr>
      <w:tblGrid>
        <w:gridCol w:w="10656"/>
      </w:tblGrid>
      <w:tr w:rsidR="00C441E1" w14:paraId="4E79120A" w14:textId="77777777">
        <w:trPr>
          <w:jc w:val="center"/>
        </w:trPr>
        <w:tc>
          <w:tcPr>
            <w:tcW w:w="10656" w:type="dxa"/>
            <w:tcBorders>
              <w:top w:val="single" w:sz="0" w:space="0" w:color="7F7F7F"/>
              <w:left w:val="single" w:sz="0" w:space="0" w:color="7F7F7F"/>
              <w:bottom w:val="single" w:sz="0" w:space="0" w:color="7F7F7F"/>
              <w:right w:val="single" w:sz="0" w:space="0" w:color="7F7F7F"/>
            </w:tcBorders>
            <w:shd w:val="clear" w:color="auto" w:fill="7F7F7F"/>
            <w:tcMar>
              <w:top w:w="75" w:type="dxa"/>
              <w:left w:w="120" w:type="dxa"/>
              <w:bottom w:w="75" w:type="dxa"/>
              <w:right w:w="120" w:type="dxa"/>
            </w:tcMar>
          </w:tcPr>
          <w:p w14:paraId="75C9817A" w14:textId="77A3076F" w:rsidR="00C441E1" w:rsidRDefault="007B45EE">
            <w:pPr>
              <w:spacing w:after="0"/>
            </w:pPr>
            <w:r>
              <w:rPr>
                <w:b/>
                <w:color w:val="FFFFFF"/>
                <w:sz w:val="20"/>
              </w:rPr>
              <w:lastRenderedPageBreak/>
              <w:t>7</w:t>
            </w:r>
            <w:r w:rsidR="003E1C87">
              <w:rPr>
                <w:b/>
                <w:color w:val="FFFFFF"/>
                <w:sz w:val="20"/>
              </w:rPr>
              <w:t>. MEDICAL CARE AND EMERGENCY COMMUNICATION</w:t>
            </w:r>
          </w:p>
        </w:tc>
      </w:tr>
    </w:tbl>
    <w:p w14:paraId="15B5F90E" w14:textId="37D98684" w:rsidR="00C441E1" w:rsidRDefault="003E1C87">
      <w:pPr>
        <w:spacing w:before="60" w:after="80" w:line="247" w:lineRule="auto"/>
      </w:pPr>
      <w:r>
        <w:t xml:space="preserve">I authorize Invictus Wrestling Inc representatives to provide basic first aid and to contact emergency medical services or arrange </w:t>
      </w:r>
      <w:r w:rsidR="00706635" w:rsidRPr="00706635">
        <w:t>emergency transportation, evacuation, evaluation, hospitalization, surgical care, or other medical treatment</w:t>
      </w:r>
      <w:r>
        <w:t xml:space="preserve"> when reasonably believed necessary during an Event. Reasonable efforts will be made to contact the parent, legal guardian, or emergency contact, but emergency care may be obtained if I cannot be reached promptly. I am responsible for resulting medical and transportation expenses to the extent not covered by insurance. I agree to provide current information regarding allergies, medications, medical conditions, restrictions, and emergency action plans.</w:t>
      </w:r>
    </w:p>
    <w:p w14:paraId="20B67F6E" w14:textId="284914F8" w:rsidR="00E11056" w:rsidRPr="00E11056" w:rsidRDefault="00E11056" w:rsidP="00E11056">
      <w:pPr>
        <w:spacing w:before="60" w:after="80" w:line="247" w:lineRule="auto"/>
      </w:pPr>
      <w:r w:rsidRPr="00E11056">
        <w:t>Unless otherwise agreed to in writing, Invictus Wrestling Inc is not responsible for storing, administering, or monitoring a Participant's medications. Parents and legal guardians remain responsible for ensuring that medications are properly provided, labeled, and accessible to the Participant as needed.</w:t>
      </w:r>
    </w:p>
    <w:p w14:paraId="5A6DBE5D" w14:textId="77777777" w:rsidR="00963121" w:rsidRPr="004C7644" w:rsidRDefault="00963121">
      <w:pPr>
        <w:spacing w:before="60" w:after="80" w:line="247" w:lineRule="auto"/>
        <w:rPr>
          <w:sz w:val="10"/>
          <w:szCs w:val="10"/>
        </w:rPr>
      </w:pPr>
    </w:p>
    <w:tbl>
      <w:tblPr>
        <w:tblW w:w="0" w:type="auto"/>
        <w:jc w:val="center"/>
        <w:tblLayout w:type="fixed"/>
        <w:tblLook w:val="04A0" w:firstRow="1" w:lastRow="0" w:firstColumn="1" w:lastColumn="0" w:noHBand="0" w:noVBand="1"/>
      </w:tblPr>
      <w:tblGrid>
        <w:gridCol w:w="10656"/>
      </w:tblGrid>
      <w:tr w:rsidR="00C441E1" w14:paraId="4E129C63" w14:textId="77777777">
        <w:trPr>
          <w:jc w:val="center"/>
        </w:trPr>
        <w:tc>
          <w:tcPr>
            <w:tcW w:w="10656" w:type="dxa"/>
            <w:tcBorders>
              <w:top w:val="single" w:sz="0" w:space="0" w:color="7F7F7F"/>
              <w:left w:val="single" w:sz="0" w:space="0" w:color="7F7F7F"/>
              <w:bottom w:val="single" w:sz="0" w:space="0" w:color="7F7F7F"/>
              <w:right w:val="single" w:sz="0" w:space="0" w:color="7F7F7F"/>
            </w:tcBorders>
            <w:shd w:val="clear" w:color="auto" w:fill="7F7F7F"/>
            <w:tcMar>
              <w:top w:w="75" w:type="dxa"/>
              <w:left w:w="120" w:type="dxa"/>
              <w:bottom w:w="75" w:type="dxa"/>
              <w:right w:w="120" w:type="dxa"/>
            </w:tcMar>
          </w:tcPr>
          <w:p w14:paraId="01204563" w14:textId="5EF9E757" w:rsidR="00C441E1" w:rsidRDefault="007B45EE">
            <w:pPr>
              <w:spacing w:after="0"/>
            </w:pPr>
            <w:r>
              <w:rPr>
                <w:b/>
                <w:color w:val="FFFFFF"/>
                <w:sz w:val="20"/>
              </w:rPr>
              <w:t>8</w:t>
            </w:r>
            <w:r w:rsidR="003E1C87">
              <w:rPr>
                <w:b/>
                <w:color w:val="FFFFFF"/>
                <w:sz w:val="20"/>
              </w:rPr>
              <w:t>. PARTICIPANT AND FAMILY RESPONSIBILITIES</w:t>
            </w:r>
          </w:p>
        </w:tc>
      </w:tr>
    </w:tbl>
    <w:p w14:paraId="3B066F5D" w14:textId="77777777" w:rsidR="00C441E1" w:rsidRDefault="003E1C87">
      <w:pPr>
        <w:spacing w:after="40"/>
        <w:ind w:left="432" w:hanging="288"/>
      </w:pPr>
      <w:r>
        <w:rPr>
          <w:b/>
        </w:rPr>
        <w:t xml:space="preserve">☐  </w:t>
      </w:r>
      <w:r>
        <w:t>I will provide accurate itinerary, emergency contact, medical, and permission information requested for the Event.</w:t>
      </w:r>
    </w:p>
    <w:p w14:paraId="00EB0939" w14:textId="77777777" w:rsidR="00C441E1" w:rsidRDefault="003E1C87">
      <w:pPr>
        <w:spacing w:after="40"/>
        <w:ind w:left="432" w:hanging="288"/>
      </w:pPr>
      <w:r>
        <w:rPr>
          <w:b/>
        </w:rPr>
        <w:t xml:space="preserve">☐  </w:t>
      </w:r>
      <w:r>
        <w:t>I will ensure the athlete has appropriate clothing, medications, identification, equipment, funds, and other required items.</w:t>
      </w:r>
    </w:p>
    <w:p w14:paraId="53CD794B" w14:textId="77777777" w:rsidR="00C441E1" w:rsidRDefault="003E1C87">
      <w:pPr>
        <w:spacing w:after="40"/>
        <w:ind w:left="432" w:hanging="288"/>
      </w:pPr>
      <w:r>
        <w:rPr>
          <w:b/>
        </w:rPr>
        <w:t xml:space="preserve">☐  </w:t>
      </w:r>
      <w:r>
        <w:t>I will communicate schedule changes, transportation arrangements, and any early departure or pickup plans to an authorized team representative.</w:t>
      </w:r>
    </w:p>
    <w:p w14:paraId="0CB304D2" w14:textId="77777777" w:rsidR="00C441E1" w:rsidRDefault="003E1C87">
      <w:pPr>
        <w:spacing w:after="40"/>
        <w:ind w:left="432" w:hanging="288"/>
      </w:pPr>
      <w:r>
        <w:rPr>
          <w:b/>
        </w:rPr>
        <w:t xml:space="preserve">☐  </w:t>
      </w:r>
      <w:r>
        <w:t>I understand that participation may be restricted or ended when safety, conduct, medical, or supervision requirements are not met.</w:t>
      </w:r>
    </w:p>
    <w:p w14:paraId="4BD44CFE" w14:textId="77777777" w:rsidR="00F715C8" w:rsidRPr="00F715C8" w:rsidRDefault="00F715C8" w:rsidP="00F715C8">
      <w:pPr>
        <w:spacing w:after="40"/>
        <w:rPr>
          <w:b/>
          <w:bCs/>
          <w:sz w:val="4"/>
          <w:szCs w:val="4"/>
        </w:rPr>
      </w:pPr>
    </w:p>
    <w:p w14:paraId="06DAB7A1" w14:textId="08BCBE11" w:rsidR="00F715C8" w:rsidRPr="00F715C8" w:rsidRDefault="00F715C8" w:rsidP="00F715C8">
      <w:pPr>
        <w:spacing w:after="40"/>
        <w:rPr>
          <w:b/>
          <w:bCs/>
        </w:rPr>
      </w:pPr>
      <w:r w:rsidRPr="00F85D7D">
        <w:rPr>
          <w:b/>
          <w:bCs/>
        </w:rPr>
        <w:t>8A</w:t>
      </w:r>
      <w:r>
        <w:rPr>
          <w:b/>
          <w:bCs/>
        </w:rPr>
        <w:t xml:space="preserve">. </w:t>
      </w:r>
      <w:r w:rsidRPr="00F715C8">
        <w:rPr>
          <w:b/>
          <w:bCs/>
        </w:rPr>
        <w:t>COMMUNICATION &amp; ELECTRONIC DEVICE RESPONSIBILITY</w:t>
      </w:r>
    </w:p>
    <w:p w14:paraId="5F2134B7" w14:textId="08791149" w:rsidR="00F85D7D" w:rsidRPr="00F85D7D" w:rsidRDefault="00F85D7D" w:rsidP="00F85D7D">
      <w:pPr>
        <w:spacing w:before="60" w:after="80" w:line="247" w:lineRule="auto"/>
      </w:pPr>
      <w:r w:rsidRPr="00F85D7D">
        <w:t>I understand that parents, legal guardians, and Participants are responsible for maintaining reliable means of communication during Events and for monitoring communications regarding schedules, travel changes, emergencies, and pickup arrangements. Invictus Wrestling Inc is not responsible for delays or issues resulting from unavailable communication devices, disconnected service, or missed communications.</w:t>
      </w:r>
    </w:p>
    <w:p w14:paraId="41352A12" w14:textId="77777777" w:rsidR="00F85D7D" w:rsidRPr="00F715C8" w:rsidRDefault="00F85D7D" w:rsidP="00F715C8">
      <w:pPr>
        <w:spacing w:after="40"/>
        <w:rPr>
          <w:sz w:val="10"/>
          <w:szCs w:val="10"/>
        </w:rPr>
      </w:pPr>
    </w:p>
    <w:tbl>
      <w:tblPr>
        <w:tblW w:w="0" w:type="auto"/>
        <w:jc w:val="center"/>
        <w:tblLayout w:type="fixed"/>
        <w:tblLook w:val="04A0" w:firstRow="1" w:lastRow="0" w:firstColumn="1" w:lastColumn="0" w:noHBand="0" w:noVBand="1"/>
      </w:tblPr>
      <w:tblGrid>
        <w:gridCol w:w="10656"/>
      </w:tblGrid>
      <w:tr w:rsidR="00C441E1" w14:paraId="29C8F4F8" w14:textId="77777777">
        <w:trPr>
          <w:jc w:val="center"/>
        </w:trPr>
        <w:tc>
          <w:tcPr>
            <w:tcW w:w="10656" w:type="dxa"/>
            <w:tcBorders>
              <w:top w:val="single" w:sz="0" w:space="0" w:color="7F7F7F"/>
              <w:left w:val="single" w:sz="0" w:space="0" w:color="7F7F7F"/>
              <w:bottom w:val="single" w:sz="0" w:space="0" w:color="7F7F7F"/>
              <w:right w:val="single" w:sz="0" w:space="0" w:color="7F7F7F"/>
            </w:tcBorders>
            <w:shd w:val="clear" w:color="auto" w:fill="7F7F7F"/>
            <w:tcMar>
              <w:top w:w="75" w:type="dxa"/>
              <w:left w:w="120" w:type="dxa"/>
              <w:bottom w:w="75" w:type="dxa"/>
              <w:right w:w="120" w:type="dxa"/>
            </w:tcMar>
          </w:tcPr>
          <w:p w14:paraId="4ACCB1AC" w14:textId="389C3EB2" w:rsidR="00C441E1" w:rsidRDefault="007B45EE">
            <w:pPr>
              <w:spacing w:after="0"/>
            </w:pPr>
            <w:r>
              <w:rPr>
                <w:b/>
                <w:color w:val="FFFFFF"/>
                <w:sz w:val="20"/>
              </w:rPr>
              <w:t>9</w:t>
            </w:r>
            <w:r w:rsidR="003E1C87">
              <w:rPr>
                <w:b/>
                <w:color w:val="FFFFFF"/>
                <w:sz w:val="20"/>
              </w:rPr>
              <w:t>. ACKNOWLEDGMENT AND SIGNATURES</w:t>
            </w:r>
          </w:p>
        </w:tc>
      </w:tr>
    </w:tbl>
    <w:p w14:paraId="2C75BF88" w14:textId="77777777" w:rsidR="008175D0" w:rsidRPr="008175D0" w:rsidRDefault="008175D0" w:rsidP="008175D0">
      <w:pPr>
        <w:spacing w:before="60" w:after="80" w:line="247" w:lineRule="auto"/>
      </w:pPr>
      <w:r w:rsidRPr="008175D0">
        <w:t>By signing below, I acknowledge that I have carefully read this Travel, Tournament, and Off-Site Activity Liability Extension and the underlying Participation Waiver &amp; Release of Liability, understand their terms, have had the opportunity to ask questions, and voluntarily agree to be bound by them.</w:t>
      </w:r>
    </w:p>
    <w:p w14:paraId="4FB67D0A" w14:textId="1DF47EE8" w:rsidR="00075674" w:rsidRPr="00963121" w:rsidRDefault="00075674" w:rsidP="00075674">
      <w:pPr>
        <w:spacing w:before="60" w:after="80" w:line="247" w:lineRule="auto"/>
      </w:pPr>
      <w:r w:rsidRPr="00963121">
        <w:t>This Travel, Tournament, and Off-Site Activity Liability Extension becomes effective on the date signed below and shall remain in effect for all Events occurring during the Participant's involvement with Invictus Wrestling Inc, unless superseded by a subsequently executed agreement, revoked in writing where permitted, or otherwise terminated by Invictus Wrestling Inc. This Extension supplements and is incorporated into the Participation Waiver &amp; Release of Liability and shall be interpreted consistently with that document.</w:t>
      </w:r>
    </w:p>
    <w:p w14:paraId="05CAD0ED" w14:textId="77777777" w:rsidR="00963121" w:rsidRPr="00963121" w:rsidRDefault="00963121" w:rsidP="00963121">
      <w:pPr>
        <w:spacing w:before="60" w:after="80" w:line="247" w:lineRule="auto"/>
      </w:pPr>
      <w:r w:rsidRPr="00963121">
        <w:t>This Extension shall be governed by and construed in accordance with the laws of the Commonwealth of Virginia.</w:t>
      </w:r>
    </w:p>
    <w:p w14:paraId="2C8C2AB9" w14:textId="77777777" w:rsidR="006D037C" w:rsidRPr="00963121" w:rsidRDefault="006D037C" w:rsidP="006D037C">
      <w:pPr>
        <w:spacing w:before="60" w:after="80" w:line="247" w:lineRule="auto"/>
      </w:pPr>
      <w:r w:rsidRPr="00963121">
        <w:t>If the Participant is under eighteen (18) years of age, I certify that I am the Participant's parent or legal guardian and have the legal authority to execute this Agreement on the Participant's behalf and to consent to the Participant's participation in Invictus Wrestling activities. To the fullest extent permitted by applicable law, I agree to be bound by the terms of this Agreement on behalf of myself and the Participant.</w:t>
      </w:r>
    </w:p>
    <w:p w14:paraId="1D6A8DA3" w14:textId="3E00D0B9" w:rsidR="00C441E1" w:rsidRPr="00963121" w:rsidRDefault="006D037C">
      <w:pPr>
        <w:spacing w:before="60" w:after="80" w:line="247" w:lineRule="auto"/>
      </w:pPr>
      <w:r w:rsidRPr="00963121">
        <w:t>I understand that this Agreement affects legal rights, including the release of certain claims, and is intended to be enforced to the fullest extent permitted by applicable law. If any provision of this Agreement is determined to be invalid, illegal, or unenforceable, the remaining provisions shall remain in full force and effect to the maximum extent permitted by law.</w:t>
      </w:r>
    </w:p>
    <w:tbl>
      <w:tblPr>
        <w:tblW w:w="0" w:type="auto"/>
        <w:jc w:val="center"/>
        <w:tblLayout w:type="fixed"/>
        <w:tblLook w:val="04A0" w:firstRow="1" w:lastRow="0" w:firstColumn="1" w:lastColumn="0" w:noHBand="0" w:noVBand="1"/>
      </w:tblPr>
      <w:tblGrid>
        <w:gridCol w:w="6575"/>
        <w:gridCol w:w="4091"/>
      </w:tblGrid>
      <w:tr w:rsidR="00C441E1" w14:paraId="5E2BADEF" w14:textId="77777777" w:rsidTr="006D037C">
        <w:trPr>
          <w:jc w:val="center"/>
        </w:trPr>
        <w:tc>
          <w:tcPr>
            <w:tcW w:w="6575" w:type="dxa"/>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54D14760" w14:textId="77777777" w:rsidR="00C441E1" w:rsidRDefault="003E1C87">
            <w:pPr>
              <w:spacing w:after="20"/>
            </w:pPr>
            <w:r>
              <w:rPr>
                <w:b/>
              </w:rPr>
              <w:t>Parent/legal guardian signature, if athlete is under 18</w:t>
            </w:r>
          </w:p>
          <w:p w14:paraId="7BAC14F9" w14:textId="77777777" w:rsidR="00C441E1" w:rsidRDefault="003E1C87">
            <w:pPr>
              <w:pBdr>
                <w:bottom w:val="single" w:sz="6" w:space="0" w:color="808080"/>
              </w:pBdr>
              <w:spacing w:after="0"/>
            </w:pPr>
            <w:r>
              <w:t xml:space="preserve"> </w:t>
            </w:r>
          </w:p>
        </w:tc>
        <w:tc>
          <w:tcPr>
            <w:tcW w:w="4091" w:type="dxa"/>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13AD9244" w14:textId="67C413EC" w:rsidR="00C441E1" w:rsidRDefault="00D30B8C">
            <w:pPr>
              <w:spacing w:after="20"/>
            </w:pPr>
            <w:r>
              <w:rPr>
                <w:b/>
              </w:rPr>
              <w:t xml:space="preserve">Effective </w:t>
            </w:r>
            <w:r w:rsidR="003E1C87">
              <w:rPr>
                <w:b/>
              </w:rPr>
              <w:t>Date</w:t>
            </w:r>
          </w:p>
          <w:p w14:paraId="04D0ED49" w14:textId="77777777" w:rsidR="00C441E1" w:rsidRDefault="003E1C87">
            <w:pPr>
              <w:pBdr>
                <w:bottom w:val="single" w:sz="6" w:space="0" w:color="808080"/>
              </w:pBdr>
              <w:spacing w:after="0"/>
            </w:pPr>
            <w:r>
              <w:t xml:space="preserve"> </w:t>
            </w:r>
          </w:p>
        </w:tc>
      </w:tr>
      <w:tr w:rsidR="00C441E1" w14:paraId="06AF88D5" w14:textId="77777777" w:rsidTr="006D037C">
        <w:trPr>
          <w:jc w:val="center"/>
        </w:trPr>
        <w:tc>
          <w:tcPr>
            <w:tcW w:w="6575" w:type="dxa"/>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4CBC8E4D" w14:textId="77777777" w:rsidR="00C441E1" w:rsidRDefault="003E1C87">
            <w:pPr>
              <w:spacing w:after="20"/>
            </w:pPr>
            <w:r>
              <w:rPr>
                <w:b/>
              </w:rPr>
              <w:t>Printed parent/legal guardian name</w:t>
            </w:r>
          </w:p>
          <w:p w14:paraId="78AC1010" w14:textId="77777777" w:rsidR="00C441E1" w:rsidRDefault="003E1C87">
            <w:pPr>
              <w:pBdr>
                <w:bottom w:val="single" w:sz="6" w:space="0" w:color="808080"/>
              </w:pBdr>
              <w:spacing w:after="0"/>
            </w:pPr>
            <w:r>
              <w:t xml:space="preserve"> </w:t>
            </w:r>
          </w:p>
        </w:tc>
        <w:tc>
          <w:tcPr>
            <w:tcW w:w="4091" w:type="dxa"/>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7BF12BD2" w14:textId="77777777" w:rsidR="00C441E1" w:rsidRDefault="003E1C87">
            <w:pPr>
              <w:spacing w:after="20"/>
            </w:pPr>
            <w:r>
              <w:rPr>
                <w:b/>
              </w:rPr>
              <w:t>Relationship to athlete</w:t>
            </w:r>
          </w:p>
          <w:p w14:paraId="6E2B1AC9" w14:textId="77777777" w:rsidR="00C441E1" w:rsidRDefault="003E1C87">
            <w:pPr>
              <w:pBdr>
                <w:bottom w:val="single" w:sz="6" w:space="0" w:color="808080"/>
              </w:pBdr>
              <w:spacing w:after="0"/>
            </w:pPr>
            <w:r>
              <w:t xml:space="preserve"> </w:t>
            </w:r>
          </w:p>
        </w:tc>
      </w:tr>
      <w:tr w:rsidR="00C441E1" w14:paraId="042FB492" w14:textId="77777777" w:rsidTr="006D037C">
        <w:trPr>
          <w:jc w:val="center"/>
        </w:trPr>
        <w:tc>
          <w:tcPr>
            <w:tcW w:w="6575" w:type="dxa"/>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172117F1" w14:textId="77777777" w:rsidR="00C441E1" w:rsidRDefault="003E1C87">
            <w:pPr>
              <w:spacing w:after="20"/>
            </w:pPr>
            <w:r>
              <w:rPr>
                <w:b/>
              </w:rPr>
              <w:t>Athlete signature, if 18 or older</w:t>
            </w:r>
          </w:p>
          <w:p w14:paraId="6BA033BE" w14:textId="77777777" w:rsidR="00C441E1" w:rsidRDefault="003E1C87">
            <w:pPr>
              <w:pBdr>
                <w:bottom w:val="single" w:sz="6" w:space="0" w:color="808080"/>
              </w:pBdr>
              <w:spacing w:after="0"/>
            </w:pPr>
            <w:r>
              <w:t xml:space="preserve"> </w:t>
            </w:r>
          </w:p>
        </w:tc>
        <w:tc>
          <w:tcPr>
            <w:tcW w:w="4091" w:type="dxa"/>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7BEDECE4" w14:textId="4718ED07" w:rsidR="00C441E1" w:rsidRDefault="00D30B8C">
            <w:pPr>
              <w:spacing w:after="20"/>
            </w:pPr>
            <w:r>
              <w:rPr>
                <w:b/>
              </w:rPr>
              <w:t xml:space="preserve">Effective </w:t>
            </w:r>
            <w:r w:rsidR="003E1C87">
              <w:rPr>
                <w:b/>
              </w:rPr>
              <w:t>Date</w:t>
            </w:r>
          </w:p>
          <w:p w14:paraId="71A5E42E" w14:textId="77777777" w:rsidR="00C441E1" w:rsidRDefault="003E1C87">
            <w:pPr>
              <w:pBdr>
                <w:bottom w:val="single" w:sz="6" w:space="0" w:color="808080"/>
              </w:pBdr>
              <w:spacing w:after="0"/>
            </w:pPr>
            <w:r>
              <w:t xml:space="preserve"> </w:t>
            </w:r>
          </w:p>
        </w:tc>
      </w:tr>
      <w:tr w:rsidR="00C441E1" w14:paraId="01D7AC70" w14:textId="77777777" w:rsidTr="006D037C">
        <w:trPr>
          <w:jc w:val="center"/>
        </w:trPr>
        <w:tc>
          <w:tcPr>
            <w:tcW w:w="6575" w:type="dxa"/>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352F0242" w14:textId="08DF5673" w:rsidR="00C441E1" w:rsidRDefault="003E1C87">
            <w:pPr>
              <w:spacing w:after="20"/>
            </w:pPr>
            <w:r>
              <w:rPr>
                <w:b/>
              </w:rPr>
              <w:t>Invictus Wrestling Inc representative</w:t>
            </w:r>
          </w:p>
          <w:p w14:paraId="677660CF" w14:textId="77777777" w:rsidR="00C441E1" w:rsidRDefault="003E1C87">
            <w:pPr>
              <w:pBdr>
                <w:bottom w:val="single" w:sz="6" w:space="0" w:color="808080"/>
              </w:pBdr>
              <w:spacing w:after="0"/>
            </w:pPr>
            <w:r>
              <w:t xml:space="preserve"> </w:t>
            </w:r>
          </w:p>
        </w:tc>
        <w:tc>
          <w:tcPr>
            <w:tcW w:w="4091" w:type="dxa"/>
            <w:tcBorders>
              <w:top w:val="single" w:sz="6" w:space="0" w:color="A6A6A6"/>
              <w:left w:val="single" w:sz="6" w:space="0" w:color="A6A6A6"/>
              <w:bottom w:val="single" w:sz="6" w:space="0" w:color="A6A6A6"/>
              <w:right w:val="single" w:sz="6" w:space="0" w:color="A6A6A6"/>
            </w:tcBorders>
            <w:tcMar>
              <w:top w:w="90" w:type="dxa"/>
              <w:left w:w="110" w:type="dxa"/>
              <w:bottom w:w="90" w:type="dxa"/>
              <w:right w:w="110" w:type="dxa"/>
            </w:tcMar>
            <w:vAlign w:val="center"/>
          </w:tcPr>
          <w:p w14:paraId="436CE64D" w14:textId="77777777" w:rsidR="00C441E1" w:rsidRDefault="003E1C87">
            <w:pPr>
              <w:spacing w:after="20"/>
            </w:pPr>
            <w:r>
              <w:rPr>
                <w:b/>
              </w:rPr>
              <w:t>Date</w:t>
            </w:r>
          </w:p>
          <w:p w14:paraId="43CBF08A" w14:textId="77777777" w:rsidR="00C441E1" w:rsidRDefault="003E1C87">
            <w:pPr>
              <w:pBdr>
                <w:bottom w:val="single" w:sz="6" w:space="0" w:color="808080"/>
              </w:pBdr>
              <w:spacing w:after="0"/>
            </w:pPr>
            <w:r>
              <w:t xml:space="preserve"> </w:t>
            </w:r>
          </w:p>
        </w:tc>
      </w:tr>
    </w:tbl>
    <w:p w14:paraId="3971333E" w14:textId="5E6B06F7" w:rsidR="00E01EE4" w:rsidRDefault="00E01EE4"/>
    <w:p w14:paraId="4AF71B87" w14:textId="09CCCEFD" w:rsidR="00E01EE4" w:rsidRDefault="00E01EE4"/>
    <w:sectPr w:rsidR="00E01EE4" w:rsidSect="00034616">
      <w:footerReference w:type="default" r:id="rId8"/>
      <w:pgSz w:w="12240" w:h="15840"/>
      <w:pgMar w:top="547" w:right="792" w:bottom="576"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49FD2" w14:textId="77777777" w:rsidR="00A44617" w:rsidRDefault="00A44617">
      <w:pPr>
        <w:spacing w:after="0" w:line="240" w:lineRule="auto"/>
      </w:pPr>
      <w:r>
        <w:separator/>
      </w:r>
    </w:p>
  </w:endnote>
  <w:endnote w:type="continuationSeparator" w:id="0">
    <w:p w14:paraId="713A35FD" w14:textId="77777777" w:rsidR="00A44617" w:rsidRDefault="00A44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0D3C5" w14:textId="1CBF39C5" w:rsidR="00C441E1" w:rsidRDefault="003E1C87">
    <w:pPr>
      <w:pStyle w:val="Footer"/>
      <w:jc w:val="center"/>
    </w:pPr>
    <w:r>
      <w:rPr>
        <w:color w:val="7F7F7F"/>
        <w:sz w:val="14"/>
      </w:rPr>
      <w:t xml:space="preserve">Invictus Wrestling Inc | Travel, Tournament &amp; Off-Site Activity Extension | </w:t>
    </w:r>
    <w:r>
      <w:fldChar w:fldCharType="begin"/>
    </w:r>
    <w:r>
      <w:instrText>PAGE</w:instrText>
    </w:r>
    <w:r>
      <w:fldChar w:fldCharType="separate"/>
    </w:r>
    <w:r w:rsidR="005D33A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12A86" w14:textId="77777777" w:rsidR="00A44617" w:rsidRDefault="00A44617">
      <w:pPr>
        <w:spacing w:after="0" w:line="240" w:lineRule="auto"/>
      </w:pPr>
      <w:r>
        <w:separator/>
      </w:r>
    </w:p>
  </w:footnote>
  <w:footnote w:type="continuationSeparator" w:id="0">
    <w:p w14:paraId="354EA715" w14:textId="77777777" w:rsidR="00A44617" w:rsidRDefault="00A446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8936274">
    <w:abstractNumId w:val="8"/>
  </w:num>
  <w:num w:numId="2" w16cid:durableId="654072837">
    <w:abstractNumId w:val="6"/>
  </w:num>
  <w:num w:numId="3" w16cid:durableId="2019772056">
    <w:abstractNumId w:val="5"/>
  </w:num>
  <w:num w:numId="4" w16cid:durableId="844976218">
    <w:abstractNumId w:val="4"/>
  </w:num>
  <w:num w:numId="5" w16cid:durableId="1697584740">
    <w:abstractNumId w:val="7"/>
  </w:num>
  <w:num w:numId="6" w16cid:durableId="10886669">
    <w:abstractNumId w:val="3"/>
  </w:num>
  <w:num w:numId="7" w16cid:durableId="1039209690">
    <w:abstractNumId w:val="2"/>
  </w:num>
  <w:num w:numId="8" w16cid:durableId="914046233">
    <w:abstractNumId w:val="1"/>
  </w:num>
  <w:num w:numId="9" w16cid:durableId="598030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832"/>
    <w:rsid w:val="000425AD"/>
    <w:rsid w:val="00055552"/>
    <w:rsid w:val="0006063C"/>
    <w:rsid w:val="00075674"/>
    <w:rsid w:val="0015074B"/>
    <w:rsid w:val="0018122D"/>
    <w:rsid w:val="002631B1"/>
    <w:rsid w:val="00275070"/>
    <w:rsid w:val="00291B07"/>
    <w:rsid w:val="00294E28"/>
    <w:rsid w:val="0029639D"/>
    <w:rsid w:val="003178E4"/>
    <w:rsid w:val="00326F90"/>
    <w:rsid w:val="003A61C2"/>
    <w:rsid w:val="003E1C87"/>
    <w:rsid w:val="004A7D9F"/>
    <w:rsid w:val="004C7644"/>
    <w:rsid w:val="00516F6D"/>
    <w:rsid w:val="005D33AB"/>
    <w:rsid w:val="005E57A7"/>
    <w:rsid w:val="00622ED1"/>
    <w:rsid w:val="00636A67"/>
    <w:rsid w:val="006B1F97"/>
    <w:rsid w:val="006D037C"/>
    <w:rsid w:val="006E14DC"/>
    <w:rsid w:val="006E51E8"/>
    <w:rsid w:val="00706635"/>
    <w:rsid w:val="007332D2"/>
    <w:rsid w:val="007A7B94"/>
    <w:rsid w:val="007A7C86"/>
    <w:rsid w:val="007B45EE"/>
    <w:rsid w:val="008175D0"/>
    <w:rsid w:val="00854790"/>
    <w:rsid w:val="0090639F"/>
    <w:rsid w:val="00963121"/>
    <w:rsid w:val="009D01B5"/>
    <w:rsid w:val="00A44617"/>
    <w:rsid w:val="00AA1D8D"/>
    <w:rsid w:val="00B47730"/>
    <w:rsid w:val="00C441E1"/>
    <w:rsid w:val="00CB0664"/>
    <w:rsid w:val="00D30B8C"/>
    <w:rsid w:val="00D37FA6"/>
    <w:rsid w:val="00DD5741"/>
    <w:rsid w:val="00E01EE4"/>
    <w:rsid w:val="00E11056"/>
    <w:rsid w:val="00E937F6"/>
    <w:rsid w:val="00F715C8"/>
    <w:rsid w:val="00F85D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75D6E0"/>
  <w14:defaultImageDpi w14:val="300"/>
  <w15:docId w15:val="{7B0E427E-D188-4C32-BE0B-1DBFED9E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3F3F3F"/>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1744</Words>
  <Characters>10889</Characters>
  <Application>Microsoft Office Word</Application>
  <DocSecurity>0</DocSecurity>
  <Lines>167</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Invictus Wrestling Travel Tournament and Off-Site Activity Liability Extension</dc:title>
  <dc:subject/>
  <dc:creator>Amy Hooper</dc:creator>
  <cp:keywords/>
  <dc:description>generated by python-docx</dc:description>
  <cp:lastModifiedBy>Amy Hooper</cp:lastModifiedBy>
  <cp:revision>37</cp:revision>
  <cp:lastPrinted>2026-09-08T22:20:00Z</cp:lastPrinted>
  <dcterms:created xsi:type="dcterms:W3CDTF">2026-09-08T22:20:00Z</dcterms:created>
  <dcterms:modified xsi:type="dcterms:W3CDTF">2026-09-09T13:53:00Z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18f016c-22b8-446d-b6bf-5084e2f97183_Enabled">
    <vt:lpwstr>true</vt:lpwstr>
  </property>
  <property fmtid="{D5CDD505-2E9C-101B-9397-08002B2CF9AE}" pid="3" name="MSIP_Label_418f016c-22b8-446d-b6bf-5084e2f97183_SetDate">
    <vt:lpwstr>2026-09-08T22:16:38Z</vt:lpwstr>
  </property>
  <property fmtid="{D5CDD505-2E9C-101B-9397-08002B2CF9AE}" pid="4" name="MSIP_Label_418f016c-22b8-446d-b6bf-5084e2f97183_Method">
    <vt:lpwstr>Standard</vt:lpwstr>
  </property>
  <property fmtid="{D5CDD505-2E9C-101B-9397-08002B2CF9AE}" pid="5" name="MSIP_Label_418f016c-22b8-446d-b6bf-5084e2f97183_Name">
    <vt:lpwstr>Company Data</vt:lpwstr>
  </property>
  <property fmtid="{D5CDD505-2E9C-101B-9397-08002B2CF9AE}" pid="6" name="MSIP_Label_418f016c-22b8-446d-b6bf-5084e2f97183_SiteId">
    <vt:lpwstr>04341329-a13c-4e61-b3c6-4bf9be35131a</vt:lpwstr>
  </property>
  <property fmtid="{D5CDD505-2E9C-101B-9397-08002B2CF9AE}" pid="7" name="MSIP_Label_418f016c-22b8-446d-b6bf-5084e2f97183_ActionId">
    <vt:lpwstr>7c54e5be-a303-40ab-ba41-83e9f874073e</vt:lpwstr>
  </property>
  <property fmtid="{D5CDD505-2E9C-101B-9397-08002B2CF9AE}" pid="8" name="MSIP_Label_418f016c-22b8-446d-b6bf-5084e2f97183_ContentBits">
    <vt:lpwstr>0</vt:lpwstr>
  </property>
</Properties>
</file>