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0F55A" w14:textId="24C62DA0" w:rsidR="007D4A56" w:rsidRPr="007D4A56" w:rsidRDefault="007D4A56">
      <w:pPr>
        <w:spacing w:after="0"/>
        <w:jc w:val="center"/>
        <w:rPr>
          <w:b/>
          <w:color w:val="1F3858"/>
          <w:sz w:val="28"/>
          <w:szCs w:val="16"/>
        </w:rPr>
      </w:pPr>
      <w:r w:rsidRPr="007D4A56">
        <w:rPr>
          <w:b/>
          <w:color w:val="1F3858"/>
          <w:sz w:val="28"/>
          <w:szCs w:val="16"/>
        </w:rPr>
        <w:t>INVICTUS WRESTLING INC</w:t>
      </w:r>
    </w:p>
    <w:p w14:paraId="34A95C0C" w14:textId="32C3BA5B" w:rsidR="00EA0D18" w:rsidRDefault="009B1F95">
      <w:pPr>
        <w:spacing w:after="0"/>
        <w:jc w:val="center"/>
      </w:pPr>
      <w:r>
        <w:rPr>
          <w:b/>
          <w:color w:val="1F3858"/>
          <w:sz w:val="38"/>
        </w:rPr>
        <w:t>MINI WARRIORS</w:t>
      </w:r>
    </w:p>
    <w:p w14:paraId="69F3DB64" w14:textId="77777777" w:rsidR="00EA0D18" w:rsidRDefault="009B1F95">
      <w:pPr>
        <w:spacing w:after="20"/>
        <w:jc w:val="center"/>
      </w:pPr>
      <w:r>
        <w:rPr>
          <w:b/>
          <w:color w:val="1F3858"/>
          <w:sz w:val="27"/>
        </w:rPr>
        <w:t>PARENT/GUARDIAN ACKNOWLEDGMENT FORM</w:t>
      </w:r>
    </w:p>
    <w:p w14:paraId="39FFE42B" w14:textId="5EBDFA5E" w:rsidR="00EA0D18" w:rsidRDefault="00EA0D18">
      <w:pPr>
        <w:spacing w:after="160"/>
        <w:jc w:val="center"/>
      </w:pPr>
    </w:p>
    <w:tbl>
      <w:tblPr>
        <w:tblW w:w="0" w:type="auto"/>
        <w:jc w:val="center"/>
        <w:tblLayout w:type="fixed"/>
        <w:tblLook w:val="04A0" w:firstRow="1" w:lastRow="0" w:firstColumn="1" w:lastColumn="0" w:noHBand="0" w:noVBand="1"/>
      </w:tblPr>
      <w:tblGrid>
        <w:gridCol w:w="5760"/>
        <w:gridCol w:w="2880"/>
        <w:gridCol w:w="1656"/>
      </w:tblGrid>
      <w:tr w:rsidR="00EA0D18" w14:paraId="2873B2D6" w14:textId="77777777" w:rsidTr="3456F8A8">
        <w:trPr>
          <w:cantSplit/>
          <w:trHeight w:val="560"/>
          <w:jc w:val="center"/>
        </w:trPr>
        <w:tc>
          <w:tcPr>
            <w:tcW w:w="5760" w:type="dxa"/>
            <w:tcBorders>
              <w:top w:val="single" w:sz="8" w:space="0" w:color="7F8FA3"/>
              <w:left w:val="single" w:sz="8" w:space="0" w:color="7F8FA3"/>
              <w:bottom w:val="single" w:sz="8" w:space="0" w:color="7F8FA3"/>
              <w:right w:val="single" w:sz="8" w:space="0" w:color="7F8FA3"/>
            </w:tcBorders>
            <w:tcMar>
              <w:top w:w="80" w:type="dxa"/>
              <w:left w:w="95" w:type="dxa"/>
              <w:bottom w:w="80" w:type="dxa"/>
              <w:right w:w="95" w:type="dxa"/>
            </w:tcMar>
          </w:tcPr>
          <w:p w14:paraId="5D80B276" w14:textId="77777777" w:rsidR="00EA0D18" w:rsidRDefault="009B1F95">
            <w:pPr>
              <w:spacing w:after="0"/>
            </w:pPr>
            <w:r>
              <w:rPr>
                <w:b/>
                <w:color w:val="1F3858"/>
                <w:sz w:val="17"/>
              </w:rPr>
              <w:t>Mini Warrior Name</w:t>
            </w:r>
          </w:p>
          <w:p w14:paraId="29D6B04F" w14:textId="18200326" w:rsidR="00EA0D18" w:rsidRPr="00131438" w:rsidRDefault="00EA0D18">
            <w:pPr>
              <w:spacing w:after="0"/>
            </w:pPr>
          </w:p>
        </w:tc>
        <w:tc>
          <w:tcPr>
            <w:tcW w:w="2880" w:type="dxa"/>
            <w:tcBorders>
              <w:top w:val="single" w:sz="8" w:space="0" w:color="7F8FA3"/>
              <w:left w:val="single" w:sz="8" w:space="0" w:color="7F8FA3"/>
              <w:bottom w:val="single" w:sz="8" w:space="0" w:color="7F8FA3"/>
              <w:right w:val="single" w:sz="12" w:space="0" w:color="000000" w:themeColor="text1"/>
            </w:tcBorders>
            <w:tcMar>
              <w:top w:w="80" w:type="dxa"/>
              <w:left w:w="95" w:type="dxa"/>
              <w:bottom w:w="80" w:type="dxa"/>
              <w:right w:w="95" w:type="dxa"/>
            </w:tcMar>
          </w:tcPr>
          <w:p w14:paraId="4B39FEE2" w14:textId="77777777" w:rsidR="00EA0D18" w:rsidRDefault="009B1F95">
            <w:pPr>
              <w:spacing w:after="0"/>
            </w:pPr>
            <w:r>
              <w:rPr>
                <w:b/>
                <w:color w:val="1F3858"/>
                <w:sz w:val="17"/>
              </w:rPr>
              <w:t>Date of Birth</w:t>
            </w:r>
          </w:p>
          <w:p w14:paraId="0A6959E7" w14:textId="1F257B29" w:rsidR="00EA0D18" w:rsidRDefault="00EA0D18">
            <w:pPr>
              <w:spacing w:after="0"/>
            </w:pPr>
          </w:p>
        </w:tc>
        <w:tc>
          <w:tcPr>
            <w:tcW w:w="165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80" w:type="dxa"/>
              <w:left w:w="95" w:type="dxa"/>
              <w:bottom w:w="80" w:type="dxa"/>
              <w:right w:w="95" w:type="dxa"/>
            </w:tcMar>
          </w:tcPr>
          <w:p w14:paraId="2DB1BF02" w14:textId="77777777" w:rsidR="00EA0D18" w:rsidRDefault="009B1F95">
            <w:pPr>
              <w:spacing w:after="0"/>
            </w:pPr>
            <w:r>
              <w:rPr>
                <w:b/>
                <w:color w:val="1F3858"/>
                <w:sz w:val="17"/>
              </w:rPr>
              <w:t>Age</w:t>
            </w:r>
          </w:p>
          <w:p w14:paraId="100C5B58" w14:textId="7BF289C4" w:rsidR="00EA0D18" w:rsidRDefault="009B1F95">
            <w:pPr>
              <w:spacing w:after="0"/>
            </w:pPr>
            <w:r>
              <w:t xml:space="preserve"> </w:t>
            </w:r>
          </w:p>
        </w:tc>
      </w:tr>
    </w:tbl>
    <w:p w14:paraId="672A6659" w14:textId="77777777" w:rsidR="00EA0D18" w:rsidRDefault="00EA0D18">
      <w:pPr>
        <w:spacing w:after="20"/>
      </w:pPr>
    </w:p>
    <w:p w14:paraId="3EC0FDB4" w14:textId="77777777" w:rsidR="00A321DA" w:rsidRDefault="00A321DA">
      <w:pPr>
        <w:spacing w:after="20"/>
      </w:pPr>
    </w:p>
    <w:tbl>
      <w:tblPr>
        <w:tblW w:w="0" w:type="auto"/>
        <w:jc w:val="center"/>
        <w:tblLayout w:type="fixed"/>
        <w:tblLook w:val="04A0" w:firstRow="1" w:lastRow="0" w:firstColumn="1" w:lastColumn="0" w:noHBand="0" w:noVBand="1"/>
      </w:tblPr>
      <w:tblGrid>
        <w:gridCol w:w="10368"/>
      </w:tblGrid>
      <w:tr w:rsidR="00EA0D18" w14:paraId="5EB97A4C" w14:textId="77777777" w:rsidTr="00AC1A0D">
        <w:trPr>
          <w:cantSplit/>
          <w:jc w:val="center"/>
        </w:trPr>
        <w:tc>
          <w:tcPr>
            <w:tcW w:w="10368" w:type="dxa"/>
            <w:tcBorders>
              <w:top w:val="single" w:sz="5" w:space="0" w:color="AAB7C6"/>
              <w:left w:val="single" w:sz="5" w:space="0" w:color="AAB7C6"/>
              <w:bottom w:val="single" w:sz="5" w:space="0" w:color="AAB7C6"/>
              <w:right w:val="single" w:sz="5" w:space="0" w:color="AAB7C6"/>
            </w:tcBorders>
            <w:shd w:val="clear" w:color="auto" w:fill="C6D9F1" w:themeFill="text2" w:themeFillTint="33"/>
            <w:tcMar>
              <w:top w:w="75" w:type="dxa"/>
              <w:left w:w="120" w:type="dxa"/>
              <w:bottom w:w="75" w:type="dxa"/>
              <w:right w:w="120" w:type="dxa"/>
            </w:tcMar>
          </w:tcPr>
          <w:p w14:paraId="383D62CE" w14:textId="77777777" w:rsidR="00EA0D18" w:rsidRDefault="009B1F95">
            <w:pPr>
              <w:spacing w:after="0"/>
            </w:pPr>
            <w:r>
              <w:rPr>
                <w:b/>
                <w:color w:val="1F3858"/>
                <w:sz w:val="22"/>
              </w:rPr>
              <w:t>Parent/Guardian Handbook Acknowledgment &amp; Signature</w:t>
            </w:r>
          </w:p>
        </w:tc>
      </w:tr>
    </w:tbl>
    <w:p w14:paraId="0A37501D" w14:textId="77777777" w:rsidR="00EA0D18" w:rsidRDefault="00EA0D18">
      <w:pPr>
        <w:spacing w:after="0"/>
      </w:pPr>
    </w:p>
    <w:p w14:paraId="2F92C6F1" w14:textId="61D10FAA" w:rsidR="00EA0D18" w:rsidRDefault="009B1F95">
      <w:pPr>
        <w:spacing w:after="160"/>
      </w:pPr>
      <w:r>
        <w:t>I acknowledge that I have received and reviewed the Parent/Guardian Handbook for the Invictus Wrestling Inc Mini Warriors program. I understand the expectations, policies, safety guidelines, and procedures outlined in the Handbook and agree to comply with them.</w:t>
      </w:r>
    </w:p>
    <w:tbl>
      <w:tblPr>
        <w:tblW w:w="0" w:type="auto"/>
        <w:jc w:val="center"/>
        <w:tblLayout w:type="fixed"/>
        <w:tblLook w:val="04A0" w:firstRow="1" w:lastRow="0" w:firstColumn="1" w:lastColumn="0" w:noHBand="0" w:noVBand="1"/>
      </w:tblPr>
      <w:tblGrid>
        <w:gridCol w:w="7200"/>
        <w:gridCol w:w="3096"/>
      </w:tblGrid>
      <w:tr w:rsidR="00EA0D18" w14:paraId="14AB734B" w14:textId="77777777">
        <w:trPr>
          <w:cantSplit/>
          <w:trHeight w:val="560"/>
          <w:jc w:val="center"/>
        </w:trPr>
        <w:tc>
          <w:tcPr>
            <w:tcW w:w="7200" w:type="dxa"/>
            <w:tcBorders>
              <w:top w:val="single" w:sz="8" w:space="0" w:color="7F8FA3"/>
              <w:left w:val="single" w:sz="8" w:space="0" w:color="7F8FA3"/>
              <w:bottom w:val="single" w:sz="8" w:space="0" w:color="7F8FA3"/>
              <w:right w:val="single" w:sz="8" w:space="0" w:color="7F8FA3"/>
            </w:tcBorders>
            <w:tcMar>
              <w:top w:w="80" w:type="dxa"/>
              <w:left w:w="95" w:type="dxa"/>
              <w:bottom w:w="80" w:type="dxa"/>
              <w:right w:w="95" w:type="dxa"/>
            </w:tcMar>
          </w:tcPr>
          <w:p w14:paraId="414C4006" w14:textId="77777777" w:rsidR="00EA0D18" w:rsidRDefault="009B1F95">
            <w:pPr>
              <w:spacing w:after="0"/>
            </w:pPr>
            <w:r>
              <w:rPr>
                <w:b/>
                <w:color w:val="1F3858"/>
                <w:sz w:val="17"/>
              </w:rPr>
              <w:t>Parent/Legal Guardian Name</w:t>
            </w:r>
          </w:p>
          <w:p w14:paraId="12F40E89" w14:textId="229C150C" w:rsidR="00EA0D18" w:rsidRDefault="00EA0D18">
            <w:pPr>
              <w:spacing w:after="0"/>
            </w:pPr>
          </w:p>
        </w:tc>
        <w:tc>
          <w:tcPr>
            <w:tcW w:w="3096" w:type="dxa"/>
            <w:tcBorders>
              <w:top w:val="single" w:sz="8" w:space="0" w:color="7F8FA3"/>
              <w:left w:val="single" w:sz="8" w:space="0" w:color="7F8FA3"/>
              <w:bottom w:val="single" w:sz="8" w:space="0" w:color="7F8FA3"/>
              <w:right w:val="single" w:sz="8" w:space="0" w:color="7F8FA3"/>
            </w:tcBorders>
            <w:tcMar>
              <w:top w:w="80" w:type="dxa"/>
              <w:left w:w="95" w:type="dxa"/>
              <w:bottom w:w="80" w:type="dxa"/>
              <w:right w:w="95" w:type="dxa"/>
            </w:tcMar>
          </w:tcPr>
          <w:p w14:paraId="491072FA" w14:textId="77777777" w:rsidR="00EA0D18" w:rsidRDefault="009B1F95">
            <w:pPr>
              <w:spacing w:after="0"/>
            </w:pPr>
            <w:r>
              <w:rPr>
                <w:b/>
                <w:color w:val="1F3858"/>
                <w:sz w:val="17"/>
              </w:rPr>
              <w:t>Date</w:t>
            </w:r>
          </w:p>
          <w:p w14:paraId="608DEACE" w14:textId="77777777" w:rsidR="00EA0D18" w:rsidRDefault="009B1F95">
            <w:pPr>
              <w:spacing w:after="0"/>
            </w:pPr>
            <w:r>
              <w:t xml:space="preserve"> </w:t>
            </w:r>
          </w:p>
        </w:tc>
      </w:tr>
    </w:tbl>
    <w:p w14:paraId="5DAB6C7B" w14:textId="77777777" w:rsidR="00EA0D18" w:rsidRDefault="00EA0D18">
      <w:pPr>
        <w:spacing w:after="20"/>
      </w:pPr>
    </w:p>
    <w:tbl>
      <w:tblPr>
        <w:tblW w:w="0" w:type="auto"/>
        <w:jc w:val="center"/>
        <w:tblLayout w:type="fixed"/>
        <w:tblLook w:val="04A0" w:firstRow="1" w:lastRow="0" w:firstColumn="1" w:lastColumn="0" w:noHBand="0" w:noVBand="1"/>
      </w:tblPr>
      <w:tblGrid>
        <w:gridCol w:w="10296"/>
      </w:tblGrid>
      <w:tr w:rsidR="00EA0D18" w14:paraId="677AA933" w14:textId="77777777">
        <w:trPr>
          <w:cantSplit/>
          <w:trHeight w:val="620"/>
          <w:jc w:val="center"/>
        </w:trPr>
        <w:tc>
          <w:tcPr>
            <w:tcW w:w="10296" w:type="dxa"/>
            <w:tcBorders>
              <w:top w:val="single" w:sz="8" w:space="0" w:color="7F8FA3"/>
              <w:left w:val="single" w:sz="8" w:space="0" w:color="7F8FA3"/>
              <w:bottom w:val="single" w:sz="8" w:space="0" w:color="7F8FA3"/>
              <w:right w:val="single" w:sz="8" w:space="0" w:color="7F8FA3"/>
            </w:tcBorders>
            <w:tcMar>
              <w:top w:w="80" w:type="dxa"/>
              <w:left w:w="95" w:type="dxa"/>
              <w:bottom w:w="80" w:type="dxa"/>
              <w:right w:w="95" w:type="dxa"/>
            </w:tcMar>
          </w:tcPr>
          <w:p w14:paraId="460CB3E9" w14:textId="77777777" w:rsidR="00EA0D18" w:rsidRDefault="009B1F95">
            <w:pPr>
              <w:spacing w:after="0"/>
            </w:pPr>
            <w:r>
              <w:rPr>
                <w:b/>
                <w:color w:val="1F3858"/>
                <w:sz w:val="17"/>
              </w:rPr>
              <w:t>Parent/Legal Guardian Signature</w:t>
            </w:r>
          </w:p>
          <w:p w14:paraId="2BAC6FC9" w14:textId="77777777" w:rsidR="00EA0D18" w:rsidRDefault="009B1F95">
            <w:pPr>
              <w:spacing w:after="0"/>
            </w:pPr>
            <w:r>
              <w:t xml:space="preserve"> </w:t>
            </w:r>
          </w:p>
        </w:tc>
      </w:tr>
    </w:tbl>
    <w:p w14:paraId="02EB378F" w14:textId="77777777" w:rsidR="00EA0D18" w:rsidRDefault="00EA0D18">
      <w:pPr>
        <w:spacing w:after="20"/>
      </w:pPr>
    </w:p>
    <w:p w14:paraId="654E93AE" w14:textId="77777777" w:rsidR="00A321DA" w:rsidRDefault="00A321DA">
      <w:pPr>
        <w:spacing w:after="20"/>
      </w:pPr>
    </w:p>
    <w:tbl>
      <w:tblPr>
        <w:tblW w:w="0" w:type="auto"/>
        <w:jc w:val="center"/>
        <w:tblLayout w:type="fixed"/>
        <w:tblLook w:val="04A0" w:firstRow="1" w:lastRow="0" w:firstColumn="1" w:lastColumn="0" w:noHBand="0" w:noVBand="1"/>
      </w:tblPr>
      <w:tblGrid>
        <w:gridCol w:w="10368"/>
      </w:tblGrid>
      <w:tr w:rsidR="00EA0D18" w14:paraId="177DC7FB" w14:textId="77777777" w:rsidTr="00AC1A0D">
        <w:trPr>
          <w:cantSplit/>
          <w:jc w:val="center"/>
        </w:trPr>
        <w:tc>
          <w:tcPr>
            <w:tcW w:w="10368" w:type="dxa"/>
            <w:tcBorders>
              <w:top w:val="single" w:sz="5" w:space="0" w:color="AAB7C6"/>
              <w:left w:val="single" w:sz="5" w:space="0" w:color="AAB7C6"/>
              <w:bottom w:val="single" w:sz="5" w:space="0" w:color="AAB7C6"/>
              <w:right w:val="single" w:sz="5" w:space="0" w:color="AAB7C6"/>
            </w:tcBorders>
            <w:shd w:val="clear" w:color="auto" w:fill="C6D9F1" w:themeFill="text2" w:themeFillTint="33"/>
            <w:tcMar>
              <w:top w:w="75" w:type="dxa"/>
              <w:left w:w="120" w:type="dxa"/>
              <w:bottom w:w="75" w:type="dxa"/>
              <w:right w:w="120" w:type="dxa"/>
            </w:tcMar>
          </w:tcPr>
          <w:p w14:paraId="5FE18D3D" w14:textId="77777777" w:rsidR="00EA0D18" w:rsidRDefault="009B1F95">
            <w:pPr>
              <w:spacing w:after="0"/>
            </w:pPr>
            <w:r>
              <w:rPr>
                <w:b/>
                <w:color w:val="1F3858"/>
                <w:sz w:val="22"/>
              </w:rPr>
              <w:t>Photography &amp; Media Consent (Optional)</w:t>
            </w:r>
          </w:p>
        </w:tc>
      </w:tr>
    </w:tbl>
    <w:p w14:paraId="6A05A809" w14:textId="77777777" w:rsidR="00EA0D18" w:rsidRDefault="00EA0D18">
      <w:pPr>
        <w:spacing w:after="0"/>
      </w:pPr>
    </w:p>
    <w:p w14:paraId="4CF06122" w14:textId="77777777" w:rsidR="00C07FC8" w:rsidRDefault="00C07FC8" w:rsidP="00C07FC8">
      <w:pPr>
        <w:spacing w:before="140" w:after="100"/>
      </w:pPr>
      <w:r>
        <w:t>Please select one option below. Your selection applies to the athlete named on this form.</w:t>
      </w:r>
    </w:p>
    <w:p w14:paraId="3CCB4080" w14:textId="77777777" w:rsidR="00C07FC8" w:rsidRDefault="00C07FC8" w:rsidP="00C07FC8">
      <w:pPr>
        <w:spacing w:after="140" w:line="264" w:lineRule="auto"/>
      </w:pPr>
      <w:r>
        <w:t>I authorize Invictus Wrestling Inc to photograph, record, livestream, broadcast, publish, and use the athlete’s name, image, voice, and likeness in team communications, promotional materials, social media, websites, livestreams, broadcasts, and other organization-related media without compensation. I understand that this permission is voluntary.</w:t>
      </w:r>
    </w:p>
    <w:tbl>
      <w:tblPr>
        <w:tblW w:w="10666" w:type="dxa"/>
        <w:jc w:val="center"/>
        <w:tblLayout w:type="fixed"/>
        <w:tblLook w:val="04A0" w:firstRow="1" w:lastRow="0" w:firstColumn="1" w:lastColumn="0" w:noHBand="0" w:noVBand="1"/>
      </w:tblPr>
      <w:tblGrid>
        <w:gridCol w:w="5328"/>
        <w:gridCol w:w="5328"/>
        <w:gridCol w:w="10"/>
      </w:tblGrid>
      <w:tr w:rsidR="00C07FC8" w14:paraId="6E42CE65" w14:textId="77777777" w:rsidTr="00AC1A0D">
        <w:trPr>
          <w:gridAfter w:val="1"/>
          <w:wAfter w:w="10" w:type="dxa"/>
          <w:jc w:val="center"/>
        </w:trPr>
        <w:tc>
          <w:tcPr>
            <w:tcW w:w="5328" w:type="dxa"/>
            <w:tcBorders>
              <w:top w:val="single" w:sz="4" w:space="0" w:color="auto"/>
              <w:left w:val="single" w:sz="4" w:space="0" w:color="auto"/>
              <w:bottom w:val="single" w:sz="6" w:space="0" w:color="A6A6A6"/>
              <w:right w:val="single" w:sz="6" w:space="0" w:color="A6A6A6"/>
            </w:tcBorders>
            <w:shd w:val="clear" w:color="auto" w:fill="C6D9F1" w:themeFill="text2" w:themeFillTint="33"/>
            <w:tcMar>
              <w:top w:w="130" w:type="dxa"/>
              <w:left w:w="150" w:type="dxa"/>
              <w:bottom w:w="130" w:type="dxa"/>
              <w:right w:w="150" w:type="dxa"/>
            </w:tcMar>
            <w:vAlign w:val="center"/>
          </w:tcPr>
          <w:p w14:paraId="5C763E99" w14:textId="77777777" w:rsidR="00C07FC8" w:rsidRPr="00AC1A0D" w:rsidRDefault="00C07FC8" w:rsidP="00AC1A0D">
            <w:pPr>
              <w:spacing w:after="0"/>
              <w:jc w:val="center"/>
              <w:rPr>
                <w:b/>
                <w:color w:val="1F3858"/>
                <w:sz w:val="22"/>
              </w:rPr>
            </w:pPr>
            <w:r w:rsidRPr="00AC1A0D">
              <w:rPr>
                <w:b/>
                <w:color w:val="1F3858"/>
                <w:sz w:val="22"/>
              </w:rPr>
              <w:t>☐  I AGREE</w:t>
            </w:r>
          </w:p>
        </w:tc>
        <w:tc>
          <w:tcPr>
            <w:tcW w:w="5328" w:type="dxa"/>
            <w:tcBorders>
              <w:top w:val="single" w:sz="4" w:space="0" w:color="auto"/>
              <w:left w:val="single" w:sz="6" w:space="0" w:color="A6A6A6"/>
              <w:bottom w:val="single" w:sz="6" w:space="0" w:color="A6A6A6"/>
              <w:right w:val="single" w:sz="4" w:space="0" w:color="auto"/>
            </w:tcBorders>
            <w:shd w:val="clear" w:color="auto" w:fill="C6D9F1" w:themeFill="text2" w:themeFillTint="33"/>
            <w:tcMar>
              <w:top w:w="130" w:type="dxa"/>
              <w:left w:w="150" w:type="dxa"/>
              <w:bottom w:w="130" w:type="dxa"/>
              <w:right w:w="150" w:type="dxa"/>
            </w:tcMar>
            <w:vAlign w:val="center"/>
          </w:tcPr>
          <w:p w14:paraId="3F4C5417" w14:textId="77777777" w:rsidR="00C07FC8" w:rsidRPr="00AC1A0D" w:rsidRDefault="00C07FC8" w:rsidP="00AC1A0D">
            <w:pPr>
              <w:spacing w:after="0"/>
              <w:jc w:val="center"/>
              <w:rPr>
                <w:b/>
                <w:color w:val="1F3858"/>
                <w:sz w:val="22"/>
              </w:rPr>
            </w:pPr>
            <w:r w:rsidRPr="00AC1A0D">
              <w:rPr>
                <w:b/>
                <w:color w:val="1F3858"/>
                <w:sz w:val="22"/>
              </w:rPr>
              <w:t>☐  I DO NOT AGREE</w:t>
            </w:r>
          </w:p>
        </w:tc>
      </w:tr>
      <w:tr w:rsidR="00C07FC8" w14:paraId="7319C5F1" w14:textId="77777777" w:rsidTr="00AC1A0D">
        <w:trPr>
          <w:jc w:val="center"/>
        </w:trPr>
        <w:tc>
          <w:tcPr>
            <w:tcW w:w="5328" w:type="dxa"/>
            <w:tcBorders>
              <w:top w:val="single" w:sz="4" w:space="0" w:color="auto"/>
              <w:left w:val="single" w:sz="4" w:space="0" w:color="auto"/>
              <w:bottom w:val="single" w:sz="4" w:space="0" w:color="auto"/>
              <w:right w:val="single" w:sz="6" w:space="0" w:color="A6A6A6"/>
            </w:tcBorders>
            <w:tcMar>
              <w:top w:w="90" w:type="dxa"/>
              <w:left w:w="110" w:type="dxa"/>
              <w:bottom w:w="90" w:type="dxa"/>
              <w:right w:w="110" w:type="dxa"/>
            </w:tcMar>
            <w:vAlign w:val="center"/>
          </w:tcPr>
          <w:p w14:paraId="37050B81" w14:textId="22907B75" w:rsidR="00AC1A0D" w:rsidRDefault="00C07FC8" w:rsidP="00AC1A0D">
            <w:pPr>
              <w:spacing w:after="0"/>
              <w:rPr>
                <w:b/>
                <w:color w:val="1F3858"/>
                <w:sz w:val="17"/>
              </w:rPr>
            </w:pPr>
            <w:r w:rsidRPr="00AC1A0D">
              <w:rPr>
                <w:b/>
                <w:color w:val="1F3858"/>
                <w:sz w:val="17"/>
              </w:rPr>
              <w:t>Parent/</w:t>
            </w:r>
            <w:r w:rsidR="002F4333">
              <w:rPr>
                <w:b/>
                <w:color w:val="1F3858"/>
                <w:sz w:val="17"/>
              </w:rPr>
              <w:t>G</w:t>
            </w:r>
            <w:r w:rsidRPr="00AC1A0D">
              <w:rPr>
                <w:b/>
                <w:color w:val="1F3858"/>
                <w:sz w:val="17"/>
              </w:rPr>
              <w:t xml:space="preserve">uardian </w:t>
            </w:r>
            <w:r w:rsidR="002F4333">
              <w:rPr>
                <w:b/>
                <w:color w:val="1F3858"/>
                <w:sz w:val="17"/>
              </w:rPr>
              <w:t>S</w:t>
            </w:r>
            <w:r w:rsidRPr="00AC1A0D">
              <w:rPr>
                <w:b/>
                <w:color w:val="1F3858"/>
                <w:sz w:val="17"/>
              </w:rPr>
              <w:t xml:space="preserve">ignature for </w:t>
            </w:r>
            <w:r w:rsidR="002F4333">
              <w:rPr>
                <w:b/>
                <w:color w:val="1F3858"/>
                <w:sz w:val="17"/>
              </w:rPr>
              <w:t>P</w:t>
            </w:r>
            <w:r w:rsidRPr="00AC1A0D">
              <w:rPr>
                <w:b/>
                <w:color w:val="1F3858"/>
                <w:sz w:val="17"/>
              </w:rPr>
              <w:t>hoto/</w:t>
            </w:r>
            <w:r w:rsidR="002F4333">
              <w:rPr>
                <w:b/>
                <w:color w:val="1F3858"/>
                <w:sz w:val="17"/>
              </w:rPr>
              <w:t>Media</w:t>
            </w:r>
            <w:r w:rsidRPr="00AC1A0D">
              <w:rPr>
                <w:b/>
                <w:color w:val="1F3858"/>
                <w:sz w:val="17"/>
              </w:rPr>
              <w:t xml:space="preserve"> </w:t>
            </w:r>
            <w:r w:rsidR="002F4333">
              <w:rPr>
                <w:b/>
                <w:color w:val="1F3858"/>
                <w:sz w:val="17"/>
              </w:rPr>
              <w:t>S</w:t>
            </w:r>
            <w:r w:rsidRPr="00AC1A0D">
              <w:rPr>
                <w:b/>
                <w:color w:val="1F3858"/>
                <w:sz w:val="17"/>
              </w:rPr>
              <w:t>election</w:t>
            </w:r>
          </w:p>
          <w:p w14:paraId="45E4927D" w14:textId="77777777" w:rsidR="00C07FC8" w:rsidRDefault="00C07FC8" w:rsidP="00AC1A0D">
            <w:pPr>
              <w:spacing w:after="0"/>
              <w:rPr>
                <w:b/>
                <w:color w:val="1F3858"/>
                <w:sz w:val="17"/>
              </w:rPr>
            </w:pPr>
            <w:r w:rsidRPr="00AC1A0D">
              <w:rPr>
                <w:b/>
                <w:color w:val="1F3858"/>
                <w:sz w:val="17"/>
              </w:rPr>
              <w:t xml:space="preserve"> </w:t>
            </w:r>
          </w:p>
          <w:p w14:paraId="34B300E8" w14:textId="6F29F0BA" w:rsidR="00AC1A0D" w:rsidRPr="00AC1A0D" w:rsidRDefault="00AC1A0D" w:rsidP="00AC1A0D">
            <w:pPr>
              <w:spacing w:after="0"/>
              <w:rPr>
                <w:b/>
                <w:color w:val="1F3858"/>
                <w:sz w:val="17"/>
              </w:rPr>
            </w:pPr>
          </w:p>
        </w:tc>
        <w:tc>
          <w:tcPr>
            <w:tcW w:w="5338" w:type="dxa"/>
            <w:gridSpan w:val="2"/>
            <w:tcBorders>
              <w:top w:val="single" w:sz="4" w:space="0" w:color="auto"/>
              <w:left w:val="single" w:sz="6" w:space="0" w:color="A6A6A6"/>
              <w:bottom w:val="single" w:sz="4" w:space="0" w:color="auto"/>
              <w:right w:val="single" w:sz="4" w:space="0" w:color="auto"/>
            </w:tcBorders>
            <w:tcMar>
              <w:top w:w="90" w:type="dxa"/>
              <w:left w:w="110" w:type="dxa"/>
              <w:bottom w:w="90" w:type="dxa"/>
              <w:right w:w="110" w:type="dxa"/>
            </w:tcMar>
            <w:vAlign w:val="center"/>
          </w:tcPr>
          <w:p w14:paraId="71B1C061" w14:textId="77777777" w:rsidR="00AC1A0D" w:rsidRDefault="00C07FC8" w:rsidP="00AC1A0D">
            <w:pPr>
              <w:spacing w:after="0"/>
              <w:rPr>
                <w:b/>
                <w:color w:val="1F3858"/>
                <w:sz w:val="17"/>
              </w:rPr>
            </w:pPr>
            <w:r w:rsidRPr="00AC1A0D">
              <w:rPr>
                <w:b/>
                <w:color w:val="1F3858"/>
                <w:sz w:val="17"/>
              </w:rPr>
              <w:t>Date</w:t>
            </w:r>
          </w:p>
          <w:p w14:paraId="5EE554C9" w14:textId="77777777" w:rsidR="00AC1A0D" w:rsidRDefault="00AC1A0D" w:rsidP="00AC1A0D">
            <w:pPr>
              <w:spacing w:after="0"/>
              <w:rPr>
                <w:b/>
                <w:color w:val="1F3858"/>
                <w:sz w:val="17"/>
              </w:rPr>
            </w:pPr>
          </w:p>
          <w:p w14:paraId="135D0872" w14:textId="0D5785B9" w:rsidR="00C07FC8" w:rsidRPr="00AC1A0D" w:rsidRDefault="00C07FC8" w:rsidP="00AC1A0D">
            <w:pPr>
              <w:spacing w:after="0"/>
              <w:rPr>
                <w:b/>
                <w:color w:val="1F3858"/>
                <w:sz w:val="17"/>
              </w:rPr>
            </w:pPr>
            <w:r w:rsidRPr="00AC1A0D">
              <w:rPr>
                <w:b/>
                <w:color w:val="1F3858"/>
                <w:sz w:val="17"/>
              </w:rPr>
              <w:t xml:space="preserve"> </w:t>
            </w:r>
          </w:p>
        </w:tc>
      </w:tr>
      <w:tr w:rsidR="00AC1A0D" w14:paraId="72D4FEB2" w14:textId="77777777" w:rsidTr="00AC1A0D">
        <w:trPr>
          <w:jc w:val="center"/>
        </w:trPr>
        <w:tc>
          <w:tcPr>
            <w:tcW w:w="5328" w:type="dxa"/>
            <w:tcBorders>
              <w:top w:val="single" w:sz="4" w:space="0" w:color="auto"/>
            </w:tcBorders>
            <w:tcMar>
              <w:top w:w="90" w:type="dxa"/>
              <w:left w:w="110" w:type="dxa"/>
              <w:bottom w:w="90" w:type="dxa"/>
              <w:right w:w="110" w:type="dxa"/>
            </w:tcMar>
            <w:vAlign w:val="center"/>
          </w:tcPr>
          <w:p w14:paraId="42F5CD9B" w14:textId="77777777" w:rsidR="00AC1A0D" w:rsidRDefault="00AC1A0D" w:rsidP="00AC1A0D">
            <w:pPr>
              <w:spacing w:after="0"/>
              <w:rPr>
                <w:b/>
                <w:color w:val="1F3858"/>
                <w:sz w:val="17"/>
              </w:rPr>
            </w:pPr>
          </w:p>
          <w:p w14:paraId="4F96C6D2" w14:textId="77777777" w:rsidR="00AC1A0D" w:rsidRDefault="00AC1A0D" w:rsidP="00AC1A0D">
            <w:pPr>
              <w:spacing w:after="0"/>
              <w:rPr>
                <w:b/>
                <w:color w:val="1F3858"/>
                <w:sz w:val="17"/>
              </w:rPr>
            </w:pPr>
          </w:p>
          <w:p w14:paraId="19455CDD" w14:textId="77777777" w:rsidR="00AC1A0D" w:rsidRDefault="00AC1A0D" w:rsidP="00AC1A0D">
            <w:pPr>
              <w:spacing w:after="0"/>
              <w:rPr>
                <w:b/>
                <w:color w:val="1F3858"/>
                <w:sz w:val="17"/>
              </w:rPr>
            </w:pPr>
          </w:p>
          <w:p w14:paraId="7C974112" w14:textId="77777777" w:rsidR="00AC1A0D" w:rsidRDefault="00AC1A0D" w:rsidP="00AC1A0D">
            <w:pPr>
              <w:spacing w:after="0"/>
              <w:rPr>
                <w:b/>
                <w:color w:val="1F3858"/>
                <w:sz w:val="17"/>
              </w:rPr>
            </w:pPr>
          </w:p>
          <w:p w14:paraId="4191F790" w14:textId="77777777" w:rsidR="00AC1A0D" w:rsidRDefault="00AC1A0D" w:rsidP="00AC1A0D">
            <w:pPr>
              <w:spacing w:after="0"/>
              <w:rPr>
                <w:b/>
                <w:color w:val="1F3858"/>
                <w:sz w:val="17"/>
              </w:rPr>
            </w:pPr>
          </w:p>
          <w:p w14:paraId="1AF2ADF0" w14:textId="77777777" w:rsidR="00AC1A0D" w:rsidRDefault="00AC1A0D" w:rsidP="00AC1A0D">
            <w:pPr>
              <w:spacing w:after="0"/>
              <w:rPr>
                <w:b/>
                <w:color w:val="1F3858"/>
                <w:sz w:val="17"/>
              </w:rPr>
            </w:pPr>
          </w:p>
          <w:p w14:paraId="1BAEB2C9" w14:textId="77777777" w:rsidR="00AC1A0D" w:rsidRDefault="00AC1A0D" w:rsidP="00AC1A0D">
            <w:pPr>
              <w:spacing w:after="0"/>
              <w:rPr>
                <w:b/>
                <w:color w:val="1F3858"/>
                <w:sz w:val="17"/>
              </w:rPr>
            </w:pPr>
          </w:p>
          <w:p w14:paraId="58626653" w14:textId="77777777" w:rsidR="00AC1A0D" w:rsidRDefault="00AC1A0D" w:rsidP="00AC1A0D">
            <w:pPr>
              <w:spacing w:after="0"/>
              <w:rPr>
                <w:b/>
                <w:color w:val="1F3858"/>
                <w:sz w:val="17"/>
              </w:rPr>
            </w:pPr>
          </w:p>
          <w:p w14:paraId="44FE6EF4" w14:textId="77777777" w:rsidR="00AC1A0D" w:rsidRDefault="00AC1A0D" w:rsidP="00AC1A0D">
            <w:pPr>
              <w:spacing w:after="0"/>
              <w:rPr>
                <w:b/>
                <w:color w:val="1F3858"/>
                <w:sz w:val="17"/>
              </w:rPr>
            </w:pPr>
          </w:p>
          <w:p w14:paraId="66B7E121" w14:textId="77777777" w:rsidR="00AC1A0D" w:rsidRDefault="00AC1A0D" w:rsidP="00AC1A0D">
            <w:pPr>
              <w:spacing w:after="0"/>
              <w:rPr>
                <w:b/>
                <w:color w:val="1F3858"/>
                <w:sz w:val="17"/>
              </w:rPr>
            </w:pPr>
          </w:p>
          <w:p w14:paraId="37211D21" w14:textId="77777777" w:rsidR="00AC1A0D" w:rsidRPr="00AC1A0D" w:rsidRDefault="00AC1A0D" w:rsidP="00AC1A0D">
            <w:pPr>
              <w:spacing w:after="0"/>
              <w:rPr>
                <w:b/>
                <w:color w:val="1F3858"/>
                <w:sz w:val="17"/>
              </w:rPr>
            </w:pPr>
          </w:p>
        </w:tc>
        <w:tc>
          <w:tcPr>
            <w:tcW w:w="5338" w:type="dxa"/>
            <w:gridSpan w:val="2"/>
            <w:tcBorders>
              <w:top w:val="single" w:sz="4" w:space="0" w:color="auto"/>
            </w:tcBorders>
            <w:tcMar>
              <w:top w:w="90" w:type="dxa"/>
              <w:left w:w="110" w:type="dxa"/>
              <w:bottom w:w="90" w:type="dxa"/>
              <w:right w:w="110" w:type="dxa"/>
            </w:tcMar>
            <w:vAlign w:val="center"/>
          </w:tcPr>
          <w:p w14:paraId="0C675282" w14:textId="77777777" w:rsidR="00AC1A0D" w:rsidRPr="00AC1A0D" w:rsidRDefault="00AC1A0D" w:rsidP="00AC1A0D">
            <w:pPr>
              <w:spacing w:after="0"/>
              <w:rPr>
                <w:b/>
                <w:color w:val="1F3858"/>
                <w:sz w:val="17"/>
              </w:rPr>
            </w:pPr>
          </w:p>
        </w:tc>
      </w:tr>
      <w:tr w:rsidR="00C07FC8" w14:paraId="25FEFF3E" w14:textId="77777777" w:rsidTr="00AC1A0D">
        <w:trPr>
          <w:gridAfter w:val="1"/>
          <w:wAfter w:w="10" w:type="dxa"/>
          <w:jc w:val="center"/>
        </w:trPr>
        <w:tc>
          <w:tcPr>
            <w:tcW w:w="10656" w:type="dxa"/>
            <w:gridSpan w:val="2"/>
            <w:tcBorders>
              <w:top w:val="single" w:sz="4" w:space="0" w:color="auto"/>
              <w:left w:val="single" w:sz="4" w:space="0" w:color="auto"/>
              <w:bottom w:val="single" w:sz="4" w:space="0" w:color="auto"/>
              <w:right w:val="single" w:sz="4" w:space="0" w:color="auto"/>
            </w:tcBorders>
            <w:shd w:val="clear" w:color="auto" w:fill="E7E6E6"/>
            <w:tcMar>
              <w:top w:w="90" w:type="dxa"/>
              <w:left w:w="120" w:type="dxa"/>
              <w:bottom w:w="90" w:type="dxa"/>
              <w:right w:w="120" w:type="dxa"/>
            </w:tcMar>
          </w:tcPr>
          <w:p w14:paraId="3ECBA829" w14:textId="77777777" w:rsidR="00C07FC8" w:rsidRDefault="00C07FC8" w:rsidP="009F3948">
            <w:pPr>
              <w:spacing w:after="0"/>
            </w:pPr>
            <w:r>
              <w:rPr>
                <w:b/>
                <w:sz w:val="16"/>
              </w:rPr>
              <w:t xml:space="preserve">RECORDKEEPING: </w:t>
            </w:r>
            <w:r>
              <w:rPr>
                <w:sz w:val="16"/>
              </w:rPr>
              <w:t>Retain this completed form with the athlete’s registration records. The optional photo/video selection does not affect eligibility to participate.</w:t>
            </w:r>
          </w:p>
        </w:tc>
      </w:tr>
    </w:tbl>
    <w:p w14:paraId="41C8F396" w14:textId="0F52D5D2" w:rsidR="00EA0D18" w:rsidRDefault="00667253" w:rsidP="00667253">
      <w:pPr>
        <w:tabs>
          <w:tab w:val="left" w:pos="6345"/>
          <w:tab w:val="left" w:pos="6945"/>
        </w:tabs>
        <w:spacing w:after="20"/>
      </w:pPr>
      <w:r>
        <w:tab/>
      </w:r>
      <w:r>
        <w:tab/>
      </w:r>
    </w:p>
    <w:p w14:paraId="49D935D0" w14:textId="77777777" w:rsidR="002B0E87" w:rsidRPr="00F058A0" w:rsidRDefault="002B0E87" w:rsidP="002B0E87">
      <w:pPr>
        <w:spacing w:after="0"/>
        <w:jc w:val="center"/>
        <w:rPr>
          <w:b/>
          <w:color w:val="1F3858"/>
          <w:sz w:val="28"/>
          <w:szCs w:val="28"/>
        </w:rPr>
      </w:pPr>
      <w:r w:rsidRPr="00F058A0">
        <w:rPr>
          <w:b/>
          <w:color w:val="1F3858"/>
          <w:sz w:val="28"/>
          <w:szCs w:val="28"/>
        </w:rPr>
        <w:lastRenderedPageBreak/>
        <w:t>INVCITUS WRESTLING INC</w:t>
      </w:r>
    </w:p>
    <w:p w14:paraId="2CF24521" w14:textId="77777777" w:rsidR="002B0E87" w:rsidRDefault="002B0E87" w:rsidP="002B0E87">
      <w:pPr>
        <w:spacing w:after="0"/>
        <w:jc w:val="center"/>
      </w:pPr>
      <w:r>
        <w:rPr>
          <w:b/>
          <w:color w:val="1F3858"/>
          <w:sz w:val="38"/>
        </w:rPr>
        <w:t>MINI WARRIORS</w:t>
      </w:r>
    </w:p>
    <w:p w14:paraId="6552D149" w14:textId="77777777" w:rsidR="002B0E87" w:rsidRDefault="002B0E87" w:rsidP="002B0E87">
      <w:pPr>
        <w:spacing w:after="20"/>
        <w:jc w:val="center"/>
      </w:pPr>
      <w:r>
        <w:rPr>
          <w:b/>
          <w:color w:val="1F3858"/>
          <w:sz w:val="27"/>
        </w:rPr>
        <w:t>WAIVER OF LIABILITY &amp; ASSUMPTION OF RISK</w:t>
      </w:r>
    </w:p>
    <w:p w14:paraId="3533D69B" w14:textId="77777777" w:rsidR="002B0E87" w:rsidRPr="00B166E3" w:rsidRDefault="002B0E87" w:rsidP="002B0E87">
      <w:pPr>
        <w:spacing w:after="140"/>
        <w:jc w:val="center"/>
        <w:rPr>
          <w:sz w:val="10"/>
          <w:szCs w:val="10"/>
        </w:rPr>
      </w:pPr>
    </w:p>
    <w:tbl>
      <w:tblPr>
        <w:tblW w:w="5000" w:type="pct"/>
        <w:jc w:val="center"/>
        <w:tblLook w:val="04A0" w:firstRow="1" w:lastRow="0" w:firstColumn="1" w:lastColumn="0" w:noHBand="0" w:noVBand="1"/>
      </w:tblPr>
      <w:tblGrid>
        <w:gridCol w:w="7063"/>
        <w:gridCol w:w="2073"/>
        <w:gridCol w:w="1220"/>
      </w:tblGrid>
      <w:tr w:rsidR="002B0E87" w14:paraId="0424EC85" w14:textId="77777777" w:rsidTr="00BD1480">
        <w:trPr>
          <w:cantSplit/>
          <w:jc w:val="center"/>
        </w:trPr>
        <w:tc>
          <w:tcPr>
            <w:tcW w:w="5000" w:type="pct"/>
            <w:gridSpan w:val="3"/>
            <w:tcBorders>
              <w:top w:val="single" w:sz="5" w:space="0" w:color="AAB7C6"/>
              <w:left w:val="single" w:sz="5" w:space="0" w:color="AAB7C6"/>
              <w:bottom w:val="single" w:sz="5" w:space="0" w:color="AAB7C6"/>
              <w:right w:val="single" w:sz="5" w:space="0" w:color="AAB7C6"/>
            </w:tcBorders>
            <w:shd w:val="clear" w:color="auto" w:fill="D9E2F3"/>
            <w:tcMar>
              <w:top w:w="65" w:type="dxa"/>
              <w:left w:w="110" w:type="dxa"/>
              <w:bottom w:w="65" w:type="dxa"/>
              <w:right w:w="110" w:type="dxa"/>
            </w:tcMar>
          </w:tcPr>
          <w:p w14:paraId="20BCC02B" w14:textId="77777777" w:rsidR="002B0E87" w:rsidRDefault="002B0E87" w:rsidP="00BD1480">
            <w:pPr>
              <w:spacing w:after="0"/>
            </w:pPr>
            <w:r>
              <w:rPr>
                <w:b/>
                <w:color w:val="1F3858"/>
              </w:rPr>
              <w:t>PARTICIPANT AND PARENT/LEGAL GUARDIAN INFORMATION</w:t>
            </w:r>
          </w:p>
        </w:tc>
      </w:tr>
      <w:tr w:rsidR="002B0E87" w14:paraId="283C6EB7" w14:textId="77777777" w:rsidTr="00BD1480">
        <w:trPr>
          <w:cantSplit/>
          <w:trHeight w:val="500"/>
          <w:jc w:val="center"/>
        </w:trPr>
        <w:tc>
          <w:tcPr>
            <w:tcW w:w="3410" w:type="pct"/>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179254F4" w14:textId="77777777" w:rsidR="002B0E87" w:rsidRDefault="002B0E87" w:rsidP="00BD1480">
            <w:pPr>
              <w:spacing w:after="0"/>
            </w:pPr>
            <w:r>
              <w:rPr>
                <w:b/>
                <w:color w:val="1F3858"/>
                <w:sz w:val="16"/>
              </w:rPr>
              <w:t>Mini Warrior Name</w:t>
            </w:r>
          </w:p>
          <w:p w14:paraId="63D1D5AD" w14:textId="58E0361D" w:rsidR="002B0E87" w:rsidRDefault="002B0E87" w:rsidP="00BD1480"/>
        </w:tc>
        <w:tc>
          <w:tcPr>
            <w:tcW w:w="1001" w:type="pct"/>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03FF412B" w14:textId="77777777" w:rsidR="002B0E87" w:rsidRDefault="002B0E87" w:rsidP="00BD1480">
            <w:pPr>
              <w:spacing w:after="0"/>
            </w:pPr>
            <w:r>
              <w:rPr>
                <w:b/>
                <w:color w:val="1F3858"/>
                <w:sz w:val="16"/>
              </w:rPr>
              <w:t>Date of Birth</w:t>
            </w:r>
          </w:p>
          <w:p w14:paraId="7273B0A3" w14:textId="169A28E2" w:rsidR="002B0E87" w:rsidRDefault="002B0E87" w:rsidP="00BD1480"/>
        </w:tc>
        <w:tc>
          <w:tcPr>
            <w:tcW w:w="589" w:type="pct"/>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5B4C48E3" w14:textId="77777777" w:rsidR="002B0E87" w:rsidRDefault="002B0E87" w:rsidP="00BD1480">
            <w:pPr>
              <w:spacing w:after="0"/>
            </w:pPr>
            <w:r>
              <w:rPr>
                <w:b/>
                <w:color w:val="1F3858"/>
                <w:sz w:val="16"/>
              </w:rPr>
              <w:t>Age</w:t>
            </w:r>
          </w:p>
          <w:p w14:paraId="1895070E" w14:textId="4E28E543" w:rsidR="002B0E87" w:rsidRDefault="002B0E87" w:rsidP="00BD1480"/>
        </w:tc>
      </w:tr>
      <w:tr w:rsidR="002B0E87" w14:paraId="64D58768" w14:textId="77777777" w:rsidTr="00BD1480">
        <w:trPr>
          <w:cantSplit/>
          <w:trHeight w:val="500"/>
          <w:jc w:val="center"/>
        </w:trPr>
        <w:tc>
          <w:tcPr>
            <w:tcW w:w="3410" w:type="pct"/>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31703906" w14:textId="77777777" w:rsidR="002B0E87" w:rsidRDefault="002B0E87" w:rsidP="00BD1480">
            <w:pPr>
              <w:spacing w:after="0"/>
            </w:pPr>
            <w:r>
              <w:rPr>
                <w:b/>
                <w:color w:val="1F3858"/>
                <w:sz w:val="16"/>
              </w:rPr>
              <w:t>Parent/Legal Guardian Name</w:t>
            </w:r>
          </w:p>
          <w:p w14:paraId="39486D27" w14:textId="19D3CBD9" w:rsidR="002B0E87" w:rsidRDefault="002B0E87" w:rsidP="00BD1480"/>
        </w:tc>
        <w:tc>
          <w:tcPr>
            <w:tcW w:w="1590" w:type="pct"/>
            <w:gridSpan w:val="2"/>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2A904012" w14:textId="77777777" w:rsidR="002B0E87" w:rsidRDefault="002B0E87" w:rsidP="00BD1480">
            <w:pPr>
              <w:spacing w:after="0"/>
            </w:pPr>
            <w:r>
              <w:rPr>
                <w:b/>
                <w:color w:val="1F3858"/>
                <w:sz w:val="16"/>
              </w:rPr>
              <w:t>Relationship to Participant</w:t>
            </w:r>
          </w:p>
          <w:p w14:paraId="7AF6B047" w14:textId="3B793119" w:rsidR="002B0E87" w:rsidRDefault="002B0E87" w:rsidP="00BD1480"/>
        </w:tc>
      </w:tr>
      <w:tr w:rsidR="00FA691B" w14:paraId="6653B2B3" w14:textId="77777777" w:rsidTr="00FA691B">
        <w:trPr>
          <w:cantSplit/>
          <w:trHeight w:val="500"/>
          <w:jc w:val="center"/>
        </w:trPr>
        <w:tc>
          <w:tcPr>
            <w:tcW w:w="5000" w:type="pct"/>
            <w:gridSpan w:val="3"/>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2027686E" w14:textId="77777777" w:rsidR="00FA691B" w:rsidRDefault="00FA691B" w:rsidP="00BD1480">
            <w:pPr>
              <w:spacing w:after="0"/>
              <w:rPr>
                <w:b/>
                <w:color w:val="1F3858"/>
                <w:sz w:val="16"/>
              </w:rPr>
            </w:pPr>
            <w:r>
              <w:rPr>
                <w:b/>
                <w:color w:val="1F3858"/>
                <w:sz w:val="16"/>
              </w:rPr>
              <w:t>Address</w:t>
            </w:r>
          </w:p>
          <w:p w14:paraId="0A973833" w14:textId="6D40095D" w:rsidR="00204CA7" w:rsidRDefault="00204CA7" w:rsidP="0078165C">
            <w:pPr>
              <w:rPr>
                <w:b/>
                <w:color w:val="1F3858"/>
                <w:sz w:val="16"/>
              </w:rPr>
            </w:pPr>
          </w:p>
        </w:tc>
      </w:tr>
      <w:tr w:rsidR="002B0E87" w14:paraId="4628FEF2" w14:textId="77777777" w:rsidTr="00BD1480">
        <w:trPr>
          <w:cantSplit/>
          <w:trHeight w:val="500"/>
          <w:jc w:val="center"/>
        </w:trPr>
        <w:tc>
          <w:tcPr>
            <w:tcW w:w="3410" w:type="pct"/>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6EB8851C" w14:textId="77777777" w:rsidR="002B0E87" w:rsidRDefault="002B0E87" w:rsidP="00BD1480">
            <w:pPr>
              <w:spacing w:after="0"/>
            </w:pPr>
            <w:r>
              <w:rPr>
                <w:b/>
                <w:color w:val="1F3858"/>
                <w:sz w:val="16"/>
              </w:rPr>
              <w:t>Email Address</w:t>
            </w:r>
          </w:p>
          <w:p w14:paraId="37D76554" w14:textId="4CB42434" w:rsidR="002B0E87" w:rsidRDefault="002B0E87" w:rsidP="00BD1480"/>
        </w:tc>
        <w:tc>
          <w:tcPr>
            <w:tcW w:w="1590" w:type="pct"/>
            <w:gridSpan w:val="2"/>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5D571F8E" w14:textId="77777777" w:rsidR="002B0E87" w:rsidRDefault="002B0E87" w:rsidP="00BD1480">
            <w:pPr>
              <w:spacing w:after="0"/>
            </w:pPr>
            <w:r>
              <w:rPr>
                <w:b/>
                <w:color w:val="1F3858"/>
                <w:sz w:val="16"/>
              </w:rPr>
              <w:t>Phone Number</w:t>
            </w:r>
          </w:p>
          <w:p w14:paraId="726274D5" w14:textId="11F00A8B" w:rsidR="002B0E87" w:rsidRDefault="002B0E87" w:rsidP="00BD1480"/>
        </w:tc>
      </w:tr>
    </w:tbl>
    <w:p w14:paraId="434F3E6A" w14:textId="77777777" w:rsidR="002B0E87" w:rsidRDefault="002B0E87" w:rsidP="002B0E87">
      <w:pPr>
        <w:keepLines/>
      </w:pPr>
    </w:p>
    <w:tbl>
      <w:tblPr>
        <w:tblW w:w="0" w:type="auto"/>
        <w:jc w:val="center"/>
        <w:tblLayout w:type="fixed"/>
        <w:tblLook w:val="04A0" w:firstRow="1" w:lastRow="0" w:firstColumn="1" w:lastColumn="0" w:noHBand="0" w:noVBand="1"/>
      </w:tblPr>
      <w:tblGrid>
        <w:gridCol w:w="10530"/>
      </w:tblGrid>
      <w:tr w:rsidR="002B0E87" w14:paraId="5350AEF0" w14:textId="77777777" w:rsidTr="00BD1480">
        <w:trPr>
          <w:cantSplit/>
          <w:jc w:val="center"/>
        </w:trPr>
        <w:tc>
          <w:tcPr>
            <w:tcW w:w="10530" w:type="dxa"/>
            <w:tcBorders>
              <w:top w:val="single" w:sz="5" w:space="0" w:color="AAB7C6"/>
              <w:left w:val="single" w:sz="5" w:space="0" w:color="AAB7C6"/>
              <w:bottom w:val="single" w:sz="5" w:space="0" w:color="AAB7C6"/>
              <w:right w:val="single" w:sz="5" w:space="0" w:color="AAB7C6"/>
            </w:tcBorders>
            <w:shd w:val="clear" w:color="auto" w:fill="D9E2F3"/>
            <w:tcMar>
              <w:top w:w="65" w:type="dxa"/>
              <w:left w:w="110" w:type="dxa"/>
              <w:bottom w:w="65" w:type="dxa"/>
              <w:right w:w="110" w:type="dxa"/>
            </w:tcMar>
          </w:tcPr>
          <w:p w14:paraId="521A3ADA" w14:textId="77777777" w:rsidR="002B0E87" w:rsidRDefault="002B0E87" w:rsidP="00BD1480">
            <w:pPr>
              <w:spacing w:after="0"/>
            </w:pPr>
            <w:r>
              <w:rPr>
                <w:b/>
                <w:color w:val="1F3858"/>
              </w:rPr>
              <w:t>1. ASSUMPTION OF RISK</w:t>
            </w:r>
          </w:p>
        </w:tc>
      </w:tr>
    </w:tbl>
    <w:p w14:paraId="5953FCAF" w14:textId="77777777" w:rsidR="002B0E87" w:rsidRPr="00815166" w:rsidRDefault="002B0E87" w:rsidP="002B0E87">
      <w:pPr>
        <w:keepLines/>
        <w:rPr>
          <w:sz w:val="17"/>
          <w:szCs w:val="17"/>
        </w:rPr>
      </w:pPr>
      <w:r w:rsidRPr="00815166">
        <w:rPr>
          <w:sz w:val="17"/>
          <w:szCs w:val="17"/>
        </w:rPr>
        <w:t>I understand and acknowledge that participation in the Invictus Wrestling Inc Mini Warriors program involves physical activity designed for children ages 3-4, including, but not limited to, running, jumping, tumbling, rolling, balance and coordination exercises, obstacle courses, partner activities, movement games, and wrestling-inspired instruction and play.</w:t>
      </w:r>
    </w:p>
    <w:p w14:paraId="0611BB11" w14:textId="77777777" w:rsidR="002B0E87" w:rsidRPr="00815166" w:rsidRDefault="002B0E87" w:rsidP="002B0E87">
      <w:pPr>
        <w:keepLines/>
        <w:rPr>
          <w:sz w:val="17"/>
          <w:szCs w:val="17"/>
        </w:rPr>
      </w:pPr>
      <w:r w:rsidRPr="00815166">
        <w:rPr>
          <w:sz w:val="17"/>
          <w:szCs w:val="17"/>
        </w:rPr>
        <w:t>I recognize that participation in these activities involves inherent and other risks that cannot be completely eliminated, regardless of the level of supervision, instruction, safety measures, or precautions taken by Invictus Wrestling Inc. Such risks may arise from my child's actions, the actions of other participants, equipment, facilities, environmental conditions, or unforeseen circumstances.</w:t>
      </w:r>
    </w:p>
    <w:p w14:paraId="71422775" w14:textId="77777777" w:rsidR="002B0E87" w:rsidRPr="00815166" w:rsidRDefault="002B0E87" w:rsidP="002B0E87">
      <w:pPr>
        <w:keepLines/>
        <w:rPr>
          <w:sz w:val="17"/>
          <w:szCs w:val="17"/>
        </w:rPr>
      </w:pPr>
      <w:r w:rsidRPr="00815166">
        <w:rPr>
          <w:sz w:val="17"/>
          <w:szCs w:val="17"/>
        </w:rPr>
        <w:t>I understand that injuries may occur as a result of participation and may range from minor injuries, such as scrapes, bruises, soreness, or muscle strains, to more serious injuries, including sprains, fractures, head injuries, concussions, or other physical harm. While Invictus Wrestling Inc is committed to maintaining a safe environment and providing age-appropriate instruction and supervision, I understand that accidents and injuries may nevertheless occur.</w:t>
      </w:r>
    </w:p>
    <w:p w14:paraId="11F09AC2" w14:textId="77777777" w:rsidR="002B0E87" w:rsidRPr="00815166" w:rsidRDefault="002B0E87" w:rsidP="002B0E87">
      <w:pPr>
        <w:keepLines/>
        <w:rPr>
          <w:sz w:val="17"/>
          <w:szCs w:val="17"/>
        </w:rPr>
      </w:pPr>
      <w:r w:rsidRPr="00815166">
        <w:rPr>
          <w:sz w:val="17"/>
          <w:szCs w:val="17"/>
        </w:rPr>
        <w:t>With full knowledge and appreciation of these risks, both known and unknown, foreseeable and unforeseeable, I voluntarily permit my child to participate in the Mini Warriors program and knowingly assume all risks associated with such participation to the fullest extent permitted by applicable law. I further acknowledge that participation is voluntary and that I may withdraw my child from participation at any time.</w:t>
      </w:r>
    </w:p>
    <w:p w14:paraId="566DC3A4" w14:textId="77777777" w:rsidR="002B0E87" w:rsidRPr="0032455D" w:rsidRDefault="002B0E87" w:rsidP="002B0E87">
      <w:pPr>
        <w:keepLines/>
        <w:rPr>
          <w:sz w:val="10"/>
          <w:szCs w:val="10"/>
        </w:rPr>
      </w:pPr>
    </w:p>
    <w:tbl>
      <w:tblPr>
        <w:tblW w:w="0" w:type="auto"/>
        <w:jc w:val="center"/>
        <w:tblLayout w:type="fixed"/>
        <w:tblLook w:val="04A0" w:firstRow="1" w:lastRow="0" w:firstColumn="1" w:lastColumn="0" w:noHBand="0" w:noVBand="1"/>
      </w:tblPr>
      <w:tblGrid>
        <w:gridCol w:w="10440"/>
      </w:tblGrid>
      <w:tr w:rsidR="002B0E87" w14:paraId="68BDA665" w14:textId="77777777" w:rsidTr="00BD1480">
        <w:trPr>
          <w:cantSplit/>
          <w:jc w:val="center"/>
        </w:trPr>
        <w:tc>
          <w:tcPr>
            <w:tcW w:w="10440" w:type="dxa"/>
            <w:tcBorders>
              <w:top w:val="single" w:sz="5" w:space="0" w:color="AAB7C6"/>
              <w:left w:val="single" w:sz="5" w:space="0" w:color="AAB7C6"/>
              <w:bottom w:val="single" w:sz="5" w:space="0" w:color="AAB7C6"/>
              <w:right w:val="single" w:sz="5" w:space="0" w:color="AAB7C6"/>
            </w:tcBorders>
            <w:shd w:val="clear" w:color="auto" w:fill="D9E2F3"/>
            <w:tcMar>
              <w:top w:w="65" w:type="dxa"/>
              <w:left w:w="110" w:type="dxa"/>
              <w:bottom w:w="65" w:type="dxa"/>
              <w:right w:w="110" w:type="dxa"/>
            </w:tcMar>
          </w:tcPr>
          <w:p w14:paraId="4BF74923" w14:textId="77777777" w:rsidR="002B0E87" w:rsidRDefault="002B0E87" w:rsidP="00BD1480">
            <w:pPr>
              <w:spacing w:after="0"/>
            </w:pPr>
            <w:r>
              <w:rPr>
                <w:b/>
                <w:color w:val="1F3858"/>
              </w:rPr>
              <w:t>2. RELEASE AND WAIVER OF LIABILITY</w:t>
            </w:r>
          </w:p>
        </w:tc>
      </w:tr>
    </w:tbl>
    <w:p w14:paraId="4EA552FF" w14:textId="77777777" w:rsidR="002B0E87" w:rsidRPr="00815166" w:rsidRDefault="002B0E87" w:rsidP="002B0E87">
      <w:pPr>
        <w:rPr>
          <w:sz w:val="17"/>
          <w:szCs w:val="17"/>
        </w:rPr>
      </w:pPr>
      <w:r w:rsidRPr="00815166">
        <w:rPr>
          <w:sz w:val="17"/>
          <w:szCs w:val="17"/>
        </w:rPr>
        <w:t xml:space="preserve">To the fullest extent permitted by applicable law, I, individually and on behalf of my child, my spouse, heirs, executors, administrators, personal representatives, successors, and assigns, hereby knowingly, voluntarily, and irrevocably release, waive, discharge, hold harmless, and covenant not to sue </w:t>
      </w:r>
      <w:r w:rsidRPr="00815166">
        <w:rPr>
          <w:b/>
          <w:bCs/>
          <w:sz w:val="17"/>
          <w:szCs w:val="17"/>
        </w:rPr>
        <w:t>Invictus Wrestling Inc</w:t>
      </w:r>
      <w:r w:rsidRPr="00815166">
        <w:rPr>
          <w:sz w:val="17"/>
          <w:szCs w:val="17"/>
        </w:rPr>
        <w:t>, its current and former board members, officers, directors, coaches, instructors, employees, volunteers, agents, event staff, sponsors, affiliates, independent contractors, representatives, and the owners, operators, lessors, landlords, and managers of any facility used for program activities (collectively, the "</w:t>
      </w:r>
      <w:r w:rsidRPr="00815166">
        <w:rPr>
          <w:b/>
          <w:bCs/>
          <w:sz w:val="17"/>
          <w:szCs w:val="17"/>
        </w:rPr>
        <w:t>Released Parties</w:t>
      </w:r>
      <w:r w:rsidRPr="00815166">
        <w:rPr>
          <w:sz w:val="17"/>
          <w:szCs w:val="17"/>
        </w:rPr>
        <w:t>"), from and against any and all claims, demands, liabilities, actions, causes of action, damages, losses, judgments, costs, expenses, or attorney's fees of any kind, whether known or unknown, anticipated or unanticipated, arising out of, relating to, or in any way connected with my child's participation in the Invictus Wrestling Inc Mini Warriors program, including practices, classes, demonstrations, events, and related activities.</w:t>
      </w:r>
    </w:p>
    <w:p w14:paraId="376DE677" w14:textId="77777777" w:rsidR="002B0E87" w:rsidRPr="00815166" w:rsidRDefault="002B0E87" w:rsidP="002B0E87">
      <w:pPr>
        <w:rPr>
          <w:sz w:val="17"/>
          <w:szCs w:val="17"/>
        </w:rPr>
      </w:pPr>
      <w:r w:rsidRPr="00815166">
        <w:rPr>
          <w:sz w:val="17"/>
          <w:szCs w:val="17"/>
        </w:rPr>
        <w:t>I understand and acknowledge that this release is intended to be as broad and inclusive as permitted by applicable law and includes claims for personal injury, illness, disability, property damage, economic loss, emotional distress, wrongful death, or other damages that may result from participation in program activities.</w:t>
      </w:r>
    </w:p>
    <w:p w14:paraId="0E2F374E" w14:textId="77777777" w:rsidR="002B0E87" w:rsidRPr="00815166" w:rsidRDefault="002B0E87" w:rsidP="002B0E87">
      <w:pPr>
        <w:rPr>
          <w:sz w:val="17"/>
          <w:szCs w:val="17"/>
        </w:rPr>
      </w:pPr>
      <w:r w:rsidRPr="00815166">
        <w:rPr>
          <w:sz w:val="17"/>
          <w:szCs w:val="17"/>
        </w:rPr>
        <w:t>I further acknowledge and agree that this Release and Waiver of Liability extends to claims arising from the ordinary negligence of any Released Party, to the fullest extent permitted by applicable law. However, nothing in this Agreement is intended to release, waive, or limit liability for conduct that cannot legally be released or waived, including, where applicable, gross negligence, willful misconduct, reckless conduct, or any other liability prohibited from release under governing law.</w:t>
      </w:r>
    </w:p>
    <w:p w14:paraId="4469572B" w14:textId="77777777" w:rsidR="002B0E87" w:rsidRPr="00815166" w:rsidRDefault="002B0E87" w:rsidP="002B0E87">
      <w:pPr>
        <w:rPr>
          <w:sz w:val="17"/>
          <w:szCs w:val="17"/>
        </w:rPr>
      </w:pPr>
      <w:r w:rsidRPr="00815166">
        <w:rPr>
          <w:sz w:val="17"/>
          <w:szCs w:val="17"/>
        </w:rPr>
        <w:t>I understand that by signing this Agreement, I am giving up substantial legal rights on behalf of myself and, to the extent permitted by law, on behalf of my child, and I sign this Release freely, voluntarily, and with full knowledge of its legal significance.</w:t>
      </w:r>
    </w:p>
    <w:tbl>
      <w:tblPr>
        <w:tblW w:w="10368" w:type="dxa"/>
        <w:jc w:val="center"/>
        <w:tblLayout w:type="fixed"/>
        <w:tblLook w:val="04A0" w:firstRow="1" w:lastRow="0" w:firstColumn="1" w:lastColumn="0" w:noHBand="0" w:noVBand="1"/>
      </w:tblPr>
      <w:tblGrid>
        <w:gridCol w:w="10368"/>
      </w:tblGrid>
      <w:tr w:rsidR="002B0E87" w14:paraId="1356A0FC" w14:textId="77777777" w:rsidTr="00401A4C">
        <w:trPr>
          <w:cantSplit/>
          <w:jc w:val="center"/>
        </w:trPr>
        <w:tc>
          <w:tcPr>
            <w:tcW w:w="10368" w:type="dxa"/>
            <w:tcBorders>
              <w:top w:val="single" w:sz="5" w:space="0" w:color="AAB7C6"/>
              <w:left w:val="single" w:sz="5" w:space="0" w:color="AAB7C6"/>
              <w:bottom w:val="single" w:sz="5" w:space="0" w:color="AAB7C6"/>
              <w:right w:val="single" w:sz="5" w:space="0" w:color="AAB7C6"/>
            </w:tcBorders>
            <w:shd w:val="clear" w:color="auto" w:fill="D9E2F3"/>
            <w:tcMar>
              <w:top w:w="65" w:type="dxa"/>
              <w:left w:w="110" w:type="dxa"/>
              <w:bottom w:w="65" w:type="dxa"/>
              <w:right w:w="110" w:type="dxa"/>
            </w:tcMar>
          </w:tcPr>
          <w:p w14:paraId="34B15D57" w14:textId="77777777" w:rsidR="002B0E87" w:rsidRDefault="002B0E87" w:rsidP="00BD1480">
            <w:pPr>
              <w:spacing w:after="0"/>
            </w:pPr>
            <w:r>
              <w:rPr>
                <w:b/>
                <w:color w:val="1F3858"/>
              </w:rPr>
              <w:lastRenderedPageBreak/>
              <w:t>3. INDEMNIFICATION AND HOLD HARMLESS</w:t>
            </w:r>
          </w:p>
        </w:tc>
      </w:tr>
    </w:tbl>
    <w:p w14:paraId="7D6A96DF" w14:textId="77777777" w:rsidR="002B0E87" w:rsidRPr="00815166" w:rsidRDefault="002B0E87" w:rsidP="002B0E87">
      <w:pPr>
        <w:keepLines/>
        <w:rPr>
          <w:sz w:val="17"/>
          <w:szCs w:val="17"/>
        </w:rPr>
      </w:pPr>
      <w:r w:rsidRPr="00815166">
        <w:rPr>
          <w:sz w:val="17"/>
          <w:szCs w:val="17"/>
        </w:rPr>
        <w:t xml:space="preserve">To the fullest extent permitted by applicable law, I agree to indemnify, defend, and hold harmless </w:t>
      </w:r>
      <w:r w:rsidRPr="00815166">
        <w:rPr>
          <w:b/>
          <w:bCs/>
          <w:sz w:val="17"/>
          <w:szCs w:val="17"/>
        </w:rPr>
        <w:t>Invictus Wrestling Inc</w:t>
      </w:r>
      <w:r w:rsidRPr="00815166">
        <w:rPr>
          <w:sz w:val="17"/>
          <w:szCs w:val="17"/>
        </w:rPr>
        <w:t>, together with its board members, officers, directors, coaches, instructors, employees, volunteers, agents, event staff, sponsors, affiliates, representatives, and the owners, operators, managers, lessors, and landlords of facilities used for program activities (collectively, the "</w:t>
      </w:r>
      <w:r w:rsidRPr="00815166">
        <w:rPr>
          <w:b/>
          <w:bCs/>
          <w:sz w:val="17"/>
          <w:szCs w:val="17"/>
        </w:rPr>
        <w:t>Released Parties</w:t>
      </w:r>
      <w:r w:rsidRPr="00815166">
        <w:rPr>
          <w:sz w:val="17"/>
          <w:szCs w:val="17"/>
        </w:rPr>
        <w:t>"), from and against any and all claims, demands, causes of action, liabilities, damages, losses, judgments, settlements, fines, penalties, costs, expenses, and reasonable attorneys' fees arising out of, resulting from, or relating to:</w:t>
      </w:r>
    </w:p>
    <w:p w14:paraId="7D2AD31B" w14:textId="77777777" w:rsidR="002B0E87" w:rsidRPr="00815166" w:rsidRDefault="002B0E87" w:rsidP="002B0E87">
      <w:pPr>
        <w:keepLines/>
        <w:numPr>
          <w:ilvl w:val="0"/>
          <w:numId w:val="10"/>
        </w:numPr>
        <w:spacing w:line="240" w:lineRule="auto"/>
        <w:rPr>
          <w:sz w:val="17"/>
          <w:szCs w:val="17"/>
        </w:rPr>
      </w:pPr>
      <w:r w:rsidRPr="00815166">
        <w:rPr>
          <w:sz w:val="17"/>
          <w:szCs w:val="17"/>
        </w:rPr>
        <w:t>My child's participation in the Invictus Wrestling Inc Mini Warriors program or any related activity;</w:t>
      </w:r>
    </w:p>
    <w:p w14:paraId="6EF1BACD" w14:textId="77777777" w:rsidR="002B0E87" w:rsidRPr="00815166" w:rsidRDefault="002B0E87" w:rsidP="002B0E87">
      <w:pPr>
        <w:keepLines/>
        <w:numPr>
          <w:ilvl w:val="0"/>
          <w:numId w:val="10"/>
        </w:numPr>
        <w:spacing w:line="240" w:lineRule="auto"/>
        <w:rPr>
          <w:sz w:val="17"/>
          <w:szCs w:val="17"/>
        </w:rPr>
      </w:pPr>
      <w:r w:rsidRPr="00815166">
        <w:rPr>
          <w:sz w:val="17"/>
          <w:szCs w:val="17"/>
        </w:rPr>
        <w:t>My child's actions, conduct, or omissions during practices, classes, events, demonstrations, or other program functions;</w:t>
      </w:r>
    </w:p>
    <w:p w14:paraId="4A983E63" w14:textId="77777777" w:rsidR="002B0E87" w:rsidRPr="00815166" w:rsidRDefault="002B0E87" w:rsidP="002B0E87">
      <w:pPr>
        <w:keepLines/>
        <w:numPr>
          <w:ilvl w:val="0"/>
          <w:numId w:val="10"/>
        </w:numPr>
        <w:spacing w:line="240" w:lineRule="auto"/>
        <w:rPr>
          <w:sz w:val="17"/>
          <w:szCs w:val="17"/>
        </w:rPr>
      </w:pPr>
      <w:r w:rsidRPr="00815166">
        <w:rPr>
          <w:sz w:val="17"/>
          <w:szCs w:val="17"/>
        </w:rPr>
        <w:t>Any false, inaccurate, or incomplete information provided by me regarding my child's health, medical condition, participation eligibility, or emergency contact information;</w:t>
      </w:r>
    </w:p>
    <w:p w14:paraId="4D9E35CE" w14:textId="77777777" w:rsidR="002B0E87" w:rsidRPr="00815166" w:rsidRDefault="002B0E87" w:rsidP="002B0E87">
      <w:pPr>
        <w:keepLines/>
        <w:numPr>
          <w:ilvl w:val="0"/>
          <w:numId w:val="10"/>
        </w:numPr>
        <w:spacing w:line="240" w:lineRule="auto"/>
        <w:rPr>
          <w:sz w:val="17"/>
          <w:szCs w:val="17"/>
        </w:rPr>
      </w:pPr>
      <w:r w:rsidRPr="00815166">
        <w:rPr>
          <w:sz w:val="17"/>
          <w:szCs w:val="17"/>
        </w:rPr>
        <w:t>My failure, or my child's failure, to comply with program rules, policies, safety instructions, facility requirements, or directions provided by coaches, volunteers, or authorized representatives of Invictus Wrestling Inc.; or</w:t>
      </w:r>
    </w:p>
    <w:p w14:paraId="4982F182" w14:textId="77777777" w:rsidR="002B0E87" w:rsidRPr="00815166" w:rsidRDefault="002B0E87" w:rsidP="002B0E87">
      <w:pPr>
        <w:keepLines/>
        <w:numPr>
          <w:ilvl w:val="0"/>
          <w:numId w:val="10"/>
        </w:numPr>
        <w:spacing w:line="240" w:lineRule="auto"/>
        <w:rPr>
          <w:sz w:val="17"/>
          <w:szCs w:val="17"/>
        </w:rPr>
      </w:pPr>
      <w:r w:rsidRPr="00815166">
        <w:rPr>
          <w:sz w:val="17"/>
          <w:szCs w:val="17"/>
        </w:rPr>
        <w:t>Claims brought by or on behalf of my child, another participant, family member, or third party that arise from or relate to my child's participation in the Mini Warriors program.</w:t>
      </w:r>
    </w:p>
    <w:p w14:paraId="3F77E19E" w14:textId="77777777" w:rsidR="002B0E87" w:rsidRPr="00815166" w:rsidRDefault="002B0E87" w:rsidP="002B0E87">
      <w:pPr>
        <w:keepLines/>
        <w:rPr>
          <w:sz w:val="17"/>
          <w:szCs w:val="17"/>
        </w:rPr>
      </w:pPr>
      <w:r w:rsidRPr="00815166">
        <w:rPr>
          <w:sz w:val="17"/>
          <w:szCs w:val="17"/>
        </w:rPr>
        <w:t>I understand and agree that this indemnification obligation includes the duty to reimburse the Released Parties for reasonable attorneys' fees, court costs, investigation expenses, and other costs incurred in defending against such claims.</w:t>
      </w:r>
    </w:p>
    <w:p w14:paraId="7517389F" w14:textId="77777777" w:rsidR="002B0E87" w:rsidRPr="00815166" w:rsidRDefault="002B0E87" w:rsidP="002B0E87">
      <w:pPr>
        <w:keepLines/>
        <w:rPr>
          <w:sz w:val="17"/>
          <w:szCs w:val="17"/>
        </w:rPr>
      </w:pPr>
      <w:r w:rsidRPr="00815166">
        <w:rPr>
          <w:sz w:val="17"/>
          <w:szCs w:val="17"/>
        </w:rPr>
        <w:t>This provision shall be interpreted as broadly as permitted by applicable law and shall survive the conclusion of my child's participation in the Invictus Wrestling Inc Mini Warriors program.</w:t>
      </w:r>
    </w:p>
    <w:p w14:paraId="16E41DE1" w14:textId="77777777" w:rsidR="002B0E87" w:rsidRPr="00815166" w:rsidRDefault="002B0E87" w:rsidP="002B0E87">
      <w:pPr>
        <w:keepLines/>
        <w:rPr>
          <w:sz w:val="17"/>
          <w:szCs w:val="17"/>
        </w:rPr>
      </w:pPr>
      <w:r w:rsidRPr="00815166">
        <w:rPr>
          <w:sz w:val="17"/>
          <w:szCs w:val="17"/>
        </w:rPr>
        <w:t>Nothing in this Agreement is intended to require indemnification for any liability, claim, or conduct that cannot lawfully be indemnified under applicable law, including, where applicable, gross negligence, willful misconduct, reckless conduct, or intentional wrongdoing.</w:t>
      </w:r>
    </w:p>
    <w:p w14:paraId="485B0CCA" w14:textId="77777777" w:rsidR="002B0E87" w:rsidRPr="00511389" w:rsidRDefault="002B0E87" w:rsidP="002B0E87">
      <w:pPr>
        <w:keepLines/>
        <w:rPr>
          <w:sz w:val="10"/>
          <w:szCs w:val="10"/>
        </w:rPr>
      </w:pPr>
    </w:p>
    <w:tbl>
      <w:tblPr>
        <w:tblW w:w="0" w:type="auto"/>
        <w:jc w:val="center"/>
        <w:tblLayout w:type="fixed"/>
        <w:tblLook w:val="04A0" w:firstRow="1" w:lastRow="0" w:firstColumn="1" w:lastColumn="0" w:noHBand="0" w:noVBand="1"/>
      </w:tblPr>
      <w:tblGrid>
        <w:gridCol w:w="10368"/>
      </w:tblGrid>
      <w:tr w:rsidR="002B0E87" w14:paraId="5DCB9332" w14:textId="77777777" w:rsidTr="00BD1480">
        <w:trPr>
          <w:cantSplit/>
          <w:jc w:val="center"/>
        </w:trPr>
        <w:tc>
          <w:tcPr>
            <w:tcW w:w="10368" w:type="dxa"/>
            <w:tcBorders>
              <w:top w:val="single" w:sz="5" w:space="0" w:color="AAB7C6"/>
              <w:left w:val="single" w:sz="5" w:space="0" w:color="AAB7C6"/>
              <w:bottom w:val="single" w:sz="5" w:space="0" w:color="AAB7C6"/>
              <w:right w:val="single" w:sz="5" w:space="0" w:color="AAB7C6"/>
            </w:tcBorders>
            <w:shd w:val="clear" w:color="auto" w:fill="D9E2F3"/>
            <w:tcMar>
              <w:top w:w="65" w:type="dxa"/>
              <w:left w:w="110" w:type="dxa"/>
              <w:bottom w:w="65" w:type="dxa"/>
              <w:right w:w="110" w:type="dxa"/>
            </w:tcMar>
          </w:tcPr>
          <w:p w14:paraId="6806893B" w14:textId="77777777" w:rsidR="002B0E87" w:rsidRDefault="002B0E87" w:rsidP="00BD1480">
            <w:pPr>
              <w:spacing w:after="0"/>
            </w:pPr>
            <w:r>
              <w:rPr>
                <w:b/>
                <w:color w:val="1F3858"/>
              </w:rPr>
              <w:t>4. HEALTH INFORMATION AND MEDICAL AUTHORIZATION</w:t>
            </w:r>
          </w:p>
        </w:tc>
      </w:tr>
    </w:tbl>
    <w:p w14:paraId="65DABB2E" w14:textId="77777777" w:rsidR="002B0E87" w:rsidRPr="00815166" w:rsidRDefault="002B0E87" w:rsidP="002B0E87">
      <w:pPr>
        <w:keepLines/>
        <w:rPr>
          <w:sz w:val="17"/>
          <w:szCs w:val="17"/>
        </w:rPr>
      </w:pPr>
      <w:r w:rsidRPr="00815166">
        <w:rPr>
          <w:sz w:val="17"/>
          <w:szCs w:val="17"/>
        </w:rPr>
        <w:t>I certify that, to the best of my knowledge, my child is physically capable of participating in the Invictus Wrestling Inc Mini Warriors program and has no medical condition, injury, illness, allergy, physical limitation, developmental condition, behavioral concern, or other circumstance that would make participation unsafe unless specifically disclosed to Invictus Wrestling Inc.</w:t>
      </w:r>
    </w:p>
    <w:p w14:paraId="134BC1A2" w14:textId="77777777" w:rsidR="002B0E87" w:rsidRPr="00815166" w:rsidRDefault="002B0E87" w:rsidP="002B0E87">
      <w:pPr>
        <w:keepLines/>
        <w:rPr>
          <w:sz w:val="17"/>
          <w:szCs w:val="17"/>
        </w:rPr>
      </w:pPr>
      <w:r w:rsidRPr="00815166">
        <w:rPr>
          <w:sz w:val="17"/>
          <w:szCs w:val="17"/>
        </w:rPr>
        <w:t>I agree to provide complete and accurate information regarding my child's medical history, allergies, medications, physical restrictions, emergency contacts, and any special accommodations that may be necessary to support safe participation. I further agree to promptly notify Invictus Wrestling Inc of any changes to my child's physical, medical, developmental, or behavioral condition that may affect participation in program activities.</w:t>
      </w:r>
    </w:p>
    <w:p w14:paraId="5C50293C" w14:textId="77777777" w:rsidR="002B0E87" w:rsidRPr="00815166" w:rsidRDefault="002B0E87" w:rsidP="002B0E87">
      <w:pPr>
        <w:keepLines/>
        <w:rPr>
          <w:sz w:val="17"/>
          <w:szCs w:val="17"/>
        </w:rPr>
      </w:pPr>
      <w:r w:rsidRPr="00815166">
        <w:rPr>
          <w:sz w:val="17"/>
          <w:szCs w:val="17"/>
        </w:rPr>
        <w:t>In the event that my child becomes ill, injured, or requires medical attention while participating in any Mini Warriors activity, and I or another designated emergency contact cannot be reached promptly, I authorize Invictus Wrestling Inc, its coaches, volunteers, employees, agents, and authorized representatives to take any actions reasonably deemed necessary to protect my child's health and well-being. This authorization includes, but is not limited to:</w:t>
      </w:r>
    </w:p>
    <w:p w14:paraId="0A4AC448" w14:textId="77777777" w:rsidR="002B0E87" w:rsidRPr="00815166" w:rsidRDefault="002B0E87" w:rsidP="00FB27C9">
      <w:pPr>
        <w:keepLines/>
        <w:numPr>
          <w:ilvl w:val="0"/>
          <w:numId w:val="11"/>
        </w:numPr>
        <w:spacing w:after="60" w:line="240" w:lineRule="auto"/>
        <w:rPr>
          <w:sz w:val="17"/>
          <w:szCs w:val="17"/>
        </w:rPr>
      </w:pPr>
      <w:r w:rsidRPr="00815166">
        <w:rPr>
          <w:sz w:val="17"/>
          <w:szCs w:val="17"/>
        </w:rPr>
        <w:t>Providing or arranging reasonable first aid;</w:t>
      </w:r>
    </w:p>
    <w:p w14:paraId="7158BDB1" w14:textId="77777777" w:rsidR="002B0E87" w:rsidRPr="00815166" w:rsidRDefault="002B0E87" w:rsidP="00FB27C9">
      <w:pPr>
        <w:keepLines/>
        <w:numPr>
          <w:ilvl w:val="0"/>
          <w:numId w:val="11"/>
        </w:numPr>
        <w:spacing w:after="60" w:line="240" w:lineRule="auto"/>
        <w:rPr>
          <w:sz w:val="17"/>
          <w:szCs w:val="17"/>
        </w:rPr>
      </w:pPr>
      <w:r w:rsidRPr="00815166">
        <w:rPr>
          <w:sz w:val="17"/>
          <w:szCs w:val="17"/>
        </w:rPr>
        <w:t>Contacting emergency medical services (EMS);</w:t>
      </w:r>
    </w:p>
    <w:p w14:paraId="747230B3" w14:textId="77777777" w:rsidR="002B0E87" w:rsidRPr="00815166" w:rsidRDefault="002B0E87" w:rsidP="00FB27C9">
      <w:pPr>
        <w:keepLines/>
        <w:numPr>
          <w:ilvl w:val="0"/>
          <w:numId w:val="11"/>
        </w:numPr>
        <w:spacing w:after="60" w:line="240" w:lineRule="auto"/>
        <w:rPr>
          <w:sz w:val="17"/>
          <w:szCs w:val="17"/>
        </w:rPr>
      </w:pPr>
      <w:r w:rsidRPr="00815166">
        <w:rPr>
          <w:sz w:val="17"/>
          <w:szCs w:val="17"/>
        </w:rPr>
        <w:t>Arranging transportation by ambulance or other emergency medical personnel;</w:t>
      </w:r>
    </w:p>
    <w:p w14:paraId="5BC3378A" w14:textId="77777777" w:rsidR="002B0E87" w:rsidRPr="00815166" w:rsidRDefault="002B0E87" w:rsidP="00FB27C9">
      <w:pPr>
        <w:keepLines/>
        <w:numPr>
          <w:ilvl w:val="0"/>
          <w:numId w:val="11"/>
        </w:numPr>
        <w:spacing w:after="60" w:line="240" w:lineRule="auto"/>
        <w:rPr>
          <w:sz w:val="17"/>
          <w:szCs w:val="17"/>
        </w:rPr>
      </w:pPr>
      <w:r w:rsidRPr="00815166">
        <w:rPr>
          <w:sz w:val="17"/>
          <w:szCs w:val="17"/>
        </w:rPr>
        <w:t>Seeking medical evaluation, treatment, or care from licensed physicians, hospitals, urgent care facilities, or other qualified healthcare providers; and</w:t>
      </w:r>
    </w:p>
    <w:p w14:paraId="6B36945A" w14:textId="77777777" w:rsidR="002B0E87" w:rsidRPr="00815166" w:rsidRDefault="002B0E87" w:rsidP="00FB27C9">
      <w:pPr>
        <w:keepLines/>
        <w:numPr>
          <w:ilvl w:val="0"/>
          <w:numId w:val="11"/>
        </w:numPr>
        <w:spacing w:after="60" w:line="240" w:lineRule="auto"/>
        <w:rPr>
          <w:sz w:val="17"/>
          <w:szCs w:val="17"/>
        </w:rPr>
      </w:pPr>
      <w:r w:rsidRPr="00815166">
        <w:rPr>
          <w:sz w:val="17"/>
          <w:szCs w:val="17"/>
        </w:rPr>
        <w:t>Communicating relevant medical information to emergency responders or healthcare providers when necessary for treatment.</w:t>
      </w:r>
    </w:p>
    <w:p w14:paraId="27E63E21" w14:textId="77777777" w:rsidR="002B0E87" w:rsidRPr="00815166" w:rsidRDefault="002B0E87" w:rsidP="002B0E87">
      <w:pPr>
        <w:keepLines/>
        <w:rPr>
          <w:sz w:val="17"/>
          <w:szCs w:val="17"/>
        </w:rPr>
      </w:pPr>
      <w:r w:rsidRPr="00815166">
        <w:rPr>
          <w:sz w:val="17"/>
          <w:szCs w:val="17"/>
        </w:rPr>
        <w:t>I understand and acknowledge that Invictus Wrestling Inc and the Released Parties are not medical providers and make no representation or guarantee regarding the availability, timeliness, quality, or outcome of any medical care, treatment, or emergency response.</w:t>
      </w:r>
    </w:p>
    <w:p w14:paraId="46EA2E29" w14:textId="77777777" w:rsidR="002B0E87" w:rsidRPr="00815166" w:rsidRDefault="002B0E87" w:rsidP="002B0E87">
      <w:pPr>
        <w:keepLines/>
        <w:rPr>
          <w:sz w:val="17"/>
          <w:szCs w:val="17"/>
        </w:rPr>
      </w:pPr>
      <w:r w:rsidRPr="00815166">
        <w:rPr>
          <w:sz w:val="17"/>
          <w:szCs w:val="17"/>
        </w:rPr>
        <w:t>I further understand that Invictus Wrestling Inc does not provide health, medical, accident, disability, or hospitalization insurance for participants. I accept full financial responsibility for any and all medical expenses, emergency transportation costs, hospital charges, physician fees, prescription costs, rehabilitation expenses, or other healthcare-related costs incurred on behalf of my child as a result of participation in the Mini Warriors program.</w:t>
      </w:r>
    </w:p>
    <w:p w14:paraId="20F9C140" w14:textId="77777777" w:rsidR="002B0E87" w:rsidRPr="00815166" w:rsidRDefault="002B0E87" w:rsidP="002B0E87">
      <w:pPr>
        <w:keepLines/>
        <w:rPr>
          <w:sz w:val="17"/>
          <w:szCs w:val="17"/>
        </w:rPr>
      </w:pPr>
      <w:r w:rsidRPr="00815166">
        <w:rPr>
          <w:sz w:val="17"/>
          <w:szCs w:val="17"/>
        </w:rPr>
        <w:t>I agree to release, indemnify, and hold harmless the Released Parties from any claim arising out of or relating to the provision of emergency care, transportation, medical treatment, or decisions made in good faith to protect my child's health or safety, to the fullest extent permitted by applicable law. Nothing in this authorization is intended to waive or release liability that cannot legally be waived under applicable law.</w:t>
      </w:r>
    </w:p>
    <w:p w14:paraId="28776C60" w14:textId="77777777" w:rsidR="002B0E87" w:rsidRPr="00815166" w:rsidRDefault="002B0E87" w:rsidP="002B0E87">
      <w:pPr>
        <w:keepLines/>
        <w:rPr>
          <w:sz w:val="17"/>
          <w:szCs w:val="17"/>
        </w:rPr>
      </w:pPr>
      <w:r w:rsidRPr="00815166">
        <w:rPr>
          <w:sz w:val="17"/>
          <w:szCs w:val="17"/>
        </w:rPr>
        <w:t>I acknowledge that this authorization shall remain in effect for the duration of my child's participation in the Mini Warriors program unless revoked by me in writing and accepted by Invictus Wrestling Inc in accordance with applicable law.</w:t>
      </w:r>
    </w:p>
    <w:tbl>
      <w:tblPr>
        <w:tblW w:w="10378" w:type="dxa"/>
        <w:jc w:val="center"/>
        <w:tblLayout w:type="fixed"/>
        <w:tblLook w:val="04A0" w:firstRow="1" w:lastRow="0" w:firstColumn="1" w:lastColumn="0" w:noHBand="0" w:noVBand="1"/>
      </w:tblPr>
      <w:tblGrid>
        <w:gridCol w:w="4887"/>
        <w:gridCol w:w="5284"/>
        <w:gridCol w:w="207"/>
      </w:tblGrid>
      <w:tr w:rsidR="002B0E87" w14:paraId="6AFB86A3" w14:textId="77777777" w:rsidTr="00BD1480">
        <w:trPr>
          <w:jc w:val="center"/>
        </w:trPr>
        <w:tc>
          <w:tcPr>
            <w:tcW w:w="488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7DFCF521" w14:textId="77777777" w:rsidR="002B0E87" w:rsidRDefault="002B0E87" w:rsidP="00BD1480">
            <w:pPr>
              <w:spacing w:after="20"/>
              <w:rPr>
                <w:b/>
                <w:color w:val="1F3858"/>
                <w:sz w:val="16"/>
              </w:rPr>
            </w:pPr>
            <w:r w:rsidRPr="00DC2895">
              <w:rPr>
                <w:b/>
                <w:color w:val="1F3858"/>
                <w:sz w:val="16"/>
              </w:rPr>
              <w:lastRenderedPageBreak/>
              <w:t>Emergency contact name</w:t>
            </w:r>
          </w:p>
          <w:p w14:paraId="6C54FECD" w14:textId="7EACDCF2" w:rsidR="002B0E87" w:rsidRPr="00DC2895" w:rsidRDefault="002B0E87" w:rsidP="00BD1480">
            <w:pPr>
              <w:spacing w:after="20"/>
              <w:rPr>
                <w:b/>
                <w:color w:val="1F3858"/>
                <w:sz w:val="16"/>
              </w:rPr>
            </w:pPr>
            <w:r w:rsidRPr="00DC2895">
              <w:rPr>
                <w:b/>
                <w:color w:val="1F3858"/>
                <w:sz w:val="16"/>
              </w:rPr>
              <w:t xml:space="preserve"> </w:t>
            </w:r>
          </w:p>
        </w:tc>
        <w:tc>
          <w:tcPr>
            <w:tcW w:w="5491"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13BFFC94" w14:textId="77777777" w:rsidR="002B0E87" w:rsidRDefault="002B0E87" w:rsidP="00BD1480">
            <w:pPr>
              <w:spacing w:after="20"/>
              <w:rPr>
                <w:b/>
                <w:color w:val="1F3858"/>
                <w:sz w:val="16"/>
              </w:rPr>
            </w:pPr>
            <w:r w:rsidRPr="00DC2895">
              <w:rPr>
                <w:b/>
                <w:color w:val="1F3858"/>
                <w:sz w:val="16"/>
              </w:rPr>
              <w:t>Relationship</w:t>
            </w:r>
          </w:p>
          <w:p w14:paraId="47498837" w14:textId="77777777" w:rsidR="002B0E87" w:rsidRPr="00DC2895" w:rsidRDefault="002B0E87" w:rsidP="00BD1480">
            <w:pPr>
              <w:spacing w:after="20"/>
              <w:rPr>
                <w:b/>
                <w:color w:val="1F3858"/>
                <w:sz w:val="16"/>
              </w:rPr>
            </w:pPr>
            <w:r w:rsidRPr="00DC2895">
              <w:rPr>
                <w:b/>
                <w:color w:val="1F3858"/>
                <w:sz w:val="16"/>
              </w:rPr>
              <w:t xml:space="preserve"> </w:t>
            </w:r>
          </w:p>
        </w:tc>
      </w:tr>
      <w:tr w:rsidR="002B0E87" w14:paraId="0C719B1C" w14:textId="77777777" w:rsidTr="00BD1480">
        <w:trPr>
          <w:trHeight w:val="300"/>
          <w:jc w:val="center"/>
        </w:trPr>
        <w:tc>
          <w:tcPr>
            <w:tcW w:w="4887"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4E690131" w14:textId="77777777" w:rsidR="002B0E87" w:rsidRDefault="002B0E87" w:rsidP="00BD1480">
            <w:pPr>
              <w:spacing w:after="20"/>
              <w:rPr>
                <w:b/>
                <w:color w:val="1F3858"/>
                <w:sz w:val="16"/>
              </w:rPr>
            </w:pPr>
            <w:r w:rsidRPr="00DC2895">
              <w:rPr>
                <w:b/>
                <w:color w:val="1F3858"/>
                <w:sz w:val="16"/>
              </w:rPr>
              <w:t>Emergency contact phone</w:t>
            </w:r>
          </w:p>
          <w:p w14:paraId="2D5F96E2" w14:textId="77777777" w:rsidR="002B0E87" w:rsidRPr="00DC2895" w:rsidRDefault="002B0E87" w:rsidP="00BD1480">
            <w:pPr>
              <w:spacing w:after="20"/>
              <w:rPr>
                <w:b/>
                <w:color w:val="1F3858"/>
                <w:sz w:val="16"/>
              </w:rPr>
            </w:pPr>
          </w:p>
        </w:tc>
        <w:tc>
          <w:tcPr>
            <w:tcW w:w="5491"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472C2D06" w14:textId="77777777" w:rsidR="002B0E87" w:rsidRDefault="002B0E87" w:rsidP="00BD1480">
            <w:pPr>
              <w:spacing w:after="20"/>
              <w:rPr>
                <w:b/>
                <w:color w:val="1F3858"/>
                <w:sz w:val="16"/>
              </w:rPr>
            </w:pPr>
            <w:r w:rsidRPr="00DC2895">
              <w:rPr>
                <w:b/>
                <w:color w:val="1F3858"/>
                <w:sz w:val="16"/>
              </w:rPr>
              <w:t>Emergency contact alternate phone</w:t>
            </w:r>
          </w:p>
          <w:p w14:paraId="04C81F9E" w14:textId="77777777" w:rsidR="002B0E87" w:rsidRPr="00DC2895" w:rsidRDefault="002B0E87" w:rsidP="00BD1480">
            <w:pPr>
              <w:spacing w:after="20"/>
              <w:rPr>
                <w:b/>
                <w:color w:val="1F3858"/>
                <w:sz w:val="16"/>
              </w:rPr>
            </w:pPr>
            <w:r w:rsidRPr="00DC2895">
              <w:rPr>
                <w:b/>
                <w:color w:val="1F3858"/>
                <w:sz w:val="16"/>
              </w:rPr>
              <w:t xml:space="preserve"> </w:t>
            </w:r>
          </w:p>
        </w:tc>
      </w:tr>
      <w:tr w:rsidR="002B0E87" w:rsidRPr="00DC2895" w14:paraId="6687CA66" w14:textId="77777777" w:rsidTr="00BD1480">
        <w:trPr>
          <w:jc w:val="center"/>
        </w:trPr>
        <w:tc>
          <w:tcPr>
            <w:tcW w:w="10378" w:type="dxa"/>
            <w:gridSpan w:val="3"/>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top w:w="85" w:type="dxa"/>
              <w:left w:w="110" w:type="dxa"/>
              <w:bottom w:w="85" w:type="dxa"/>
              <w:right w:w="110" w:type="dxa"/>
            </w:tcMar>
            <w:vAlign w:val="center"/>
          </w:tcPr>
          <w:p w14:paraId="7D58492D" w14:textId="77777777" w:rsidR="002B0E87" w:rsidRDefault="002B0E87" w:rsidP="00BD1480">
            <w:pPr>
              <w:spacing w:after="0"/>
              <w:rPr>
                <w:b/>
                <w:color w:val="1F3858"/>
                <w:sz w:val="16"/>
              </w:rPr>
            </w:pPr>
            <w:r w:rsidRPr="00DC2895">
              <w:rPr>
                <w:b/>
                <w:color w:val="1F3858"/>
                <w:sz w:val="16"/>
              </w:rPr>
              <w:t xml:space="preserve">Medical Conditions, Allergies, Medications, or Special Needs (check the box for “None” if not applicable)   </w:t>
            </w:r>
            <w:sdt>
              <w:sdtPr>
                <w:rPr>
                  <w:b/>
                  <w:color w:val="1F3858"/>
                  <w:sz w:val="16"/>
                </w:rPr>
                <w:id w:val="-762374977"/>
                <w14:checkbox>
                  <w14:checked w14:val="0"/>
                  <w14:checkedState w14:val="2612" w14:font="MS Gothic"/>
                  <w14:uncheckedState w14:val="2610" w14:font="MS Gothic"/>
                </w14:checkbox>
              </w:sdtPr>
              <w:sdtEndPr/>
              <w:sdtContent>
                <w:r w:rsidRPr="00DC2895">
                  <w:rPr>
                    <w:rFonts w:ascii="MS Gothic" w:eastAsia="MS Gothic" w:hAnsi="MS Gothic" w:hint="eastAsia"/>
                    <w:b/>
                    <w:color w:val="1F3858"/>
                    <w:sz w:val="16"/>
                  </w:rPr>
                  <w:t>☐</w:t>
                </w:r>
              </w:sdtContent>
            </w:sdt>
            <w:r w:rsidRPr="00DC2895">
              <w:rPr>
                <w:b/>
                <w:color w:val="1F3858"/>
                <w:sz w:val="16"/>
              </w:rPr>
              <w:t xml:space="preserve"> None</w:t>
            </w:r>
          </w:p>
          <w:p w14:paraId="3EFC328B" w14:textId="77777777" w:rsidR="002B0E87" w:rsidRDefault="002B0E87" w:rsidP="00BD1480">
            <w:pPr>
              <w:spacing w:after="0"/>
              <w:rPr>
                <w:b/>
              </w:rPr>
            </w:pPr>
          </w:p>
          <w:p w14:paraId="6C2BC740" w14:textId="77777777" w:rsidR="002B0E87" w:rsidRPr="00DC2895" w:rsidRDefault="002B0E87" w:rsidP="00BD1480">
            <w:pPr>
              <w:spacing w:after="0"/>
              <w:rPr>
                <w:b/>
              </w:rPr>
            </w:pPr>
          </w:p>
        </w:tc>
      </w:tr>
      <w:tr w:rsidR="002B0E87" w14:paraId="3AC80C77" w14:textId="77777777" w:rsidTr="00BD1480">
        <w:trPr>
          <w:gridAfter w:val="1"/>
          <w:wAfter w:w="207" w:type="dxa"/>
          <w:cantSplit/>
          <w:trHeight w:val="144"/>
          <w:jc w:val="center"/>
        </w:trPr>
        <w:tc>
          <w:tcPr>
            <w:tcW w:w="10171" w:type="dxa"/>
            <w:gridSpan w:val="2"/>
            <w:tcBorders>
              <w:top w:val="single" w:sz="4" w:space="0" w:color="auto"/>
            </w:tcBorders>
            <w:tcMar>
              <w:top w:w="85" w:type="dxa"/>
              <w:left w:w="105" w:type="dxa"/>
              <w:bottom w:w="85" w:type="dxa"/>
              <w:right w:w="105" w:type="dxa"/>
            </w:tcMar>
          </w:tcPr>
          <w:p w14:paraId="026C977B" w14:textId="77777777" w:rsidR="002B0E87" w:rsidRPr="00CD6922" w:rsidRDefault="002B0E87" w:rsidP="00BD1480">
            <w:pPr>
              <w:spacing w:after="0"/>
              <w:rPr>
                <w:b/>
                <w:color w:val="1F3858"/>
                <w:sz w:val="10"/>
                <w:szCs w:val="10"/>
              </w:rPr>
            </w:pPr>
          </w:p>
          <w:p w14:paraId="1AFBF6CB" w14:textId="77777777" w:rsidR="002B0E87" w:rsidRPr="007A2536" w:rsidRDefault="002B0E87" w:rsidP="00BD1480">
            <w:pPr>
              <w:spacing w:after="0"/>
              <w:rPr>
                <w:b/>
                <w:bCs/>
                <w:color w:val="1F3858"/>
                <w:sz w:val="16"/>
              </w:rPr>
            </w:pPr>
            <w:r w:rsidRPr="007A2536">
              <w:rPr>
                <w:b/>
                <w:bCs/>
                <w:color w:val="1F3858"/>
                <w:sz w:val="16"/>
              </w:rPr>
              <w:t>Medical Insurance Acknowledgment</w:t>
            </w:r>
            <w:r>
              <w:rPr>
                <w:b/>
                <w:bCs/>
                <w:color w:val="1F3858"/>
                <w:sz w:val="16"/>
              </w:rPr>
              <w:t xml:space="preserve"> / </w:t>
            </w:r>
            <w:r w:rsidRPr="007A2536">
              <w:rPr>
                <w:b/>
                <w:bCs/>
                <w:color w:val="1F3858"/>
                <w:sz w:val="16"/>
                <w:highlight w:val="yellow"/>
              </w:rPr>
              <w:t>Parent/Guardian Initials: ___________________</w:t>
            </w:r>
          </w:p>
          <w:p w14:paraId="4F378A90" w14:textId="3CA8FA3F" w:rsidR="002B0E87" w:rsidRPr="007A2536" w:rsidRDefault="002B0E87" w:rsidP="00BD1480">
            <w:pPr>
              <w:spacing w:after="0"/>
              <w:rPr>
                <w:bCs/>
                <w:color w:val="1F3858"/>
                <w:sz w:val="16"/>
              </w:rPr>
            </w:pPr>
            <w:r w:rsidRPr="007A2536">
              <w:rPr>
                <w:bCs/>
                <w:color w:val="1F3858"/>
                <w:sz w:val="16"/>
              </w:rPr>
              <w:t>I understand that Invictus Wrestling Inc does not provide medical, accident, disability, hospitalization, or health insurance coverage for participants. I acknowledge that obtaining and maintaining such insurance coverage is my sole responsibility.</w:t>
            </w:r>
          </w:p>
          <w:p w14:paraId="20CB855D" w14:textId="77777777" w:rsidR="002B0E87" w:rsidRPr="00CD6922" w:rsidRDefault="002B0E87" w:rsidP="00BD1480">
            <w:pPr>
              <w:spacing w:after="0"/>
              <w:rPr>
                <w:b/>
                <w:color w:val="1F3858"/>
                <w:sz w:val="10"/>
                <w:szCs w:val="10"/>
              </w:rPr>
            </w:pPr>
          </w:p>
        </w:tc>
      </w:tr>
      <w:tr w:rsidR="002B0E87" w14:paraId="4BFD672A" w14:textId="77777777" w:rsidTr="00BD1480">
        <w:trPr>
          <w:cantSplit/>
          <w:jc w:val="center"/>
        </w:trPr>
        <w:tc>
          <w:tcPr>
            <w:tcW w:w="10378" w:type="dxa"/>
            <w:gridSpan w:val="3"/>
            <w:tcBorders>
              <w:top w:val="single" w:sz="5" w:space="0" w:color="AAB7C6"/>
              <w:left w:val="single" w:sz="5" w:space="0" w:color="AAB7C6"/>
              <w:bottom w:val="single" w:sz="5" w:space="0" w:color="AAB7C6"/>
              <w:right w:val="single" w:sz="5" w:space="0" w:color="AAB7C6"/>
            </w:tcBorders>
            <w:shd w:val="clear" w:color="auto" w:fill="D9E2F3"/>
            <w:tcMar>
              <w:top w:w="65" w:type="dxa"/>
              <w:left w:w="110" w:type="dxa"/>
              <w:bottom w:w="65" w:type="dxa"/>
              <w:right w:w="110" w:type="dxa"/>
            </w:tcMar>
          </w:tcPr>
          <w:p w14:paraId="2792F63E" w14:textId="77777777" w:rsidR="002B0E87" w:rsidRDefault="002B0E87" w:rsidP="00BD1480">
            <w:pPr>
              <w:spacing w:after="0"/>
            </w:pPr>
            <w:r>
              <w:rPr>
                <w:b/>
                <w:color w:val="1F3858"/>
              </w:rPr>
              <w:t>5. BEHAVIOR AND PARTICIPATION ACKNOWLEDGMENT</w:t>
            </w:r>
          </w:p>
        </w:tc>
      </w:tr>
    </w:tbl>
    <w:p w14:paraId="536B8A67" w14:textId="77777777" w:rsidR="002B0E87" w:rsidRPr="00815166" w:rsidRDefault="002B0E87" w:rsidP="002B0E87">
      <w:pPr>
        <w:keepLines/>
        <w:rPr>
          <w:sz w:val="17"/>
          <w:szCs w:val="17"/>
        </w:rPr>
      </w:pPr>
      <w:r w:rsidRPr="00815166">
        <w:rPr>
          <w:sz w:val="17"/>
          <w:szCs w:val="17"/>
        </w:rPr>
        <w:t>I understand that the Invictus Wrestling Inc Mini Warriors program is a non-competitive, development-focused program designed to promote physical activity, confidence, social development, sportsmanship, and age-appropriate learning in a safe and positive environment. I acknowledge that all participants and family members are expected to follow program rules, facility requirements, safety guidelines, and the reasonable instructions and directions provided by coaches, volunteers, staff members, and authorized representatives of Invictus Wrestling Inc.</w:t>
      </w:r>
    </w:p>
    <w:p w14:paraId="5FA96A95" w14:textId="77777777" w:rsidR="002B0E87" w:rsidRPr="00815166" w:rsidRDefault="002B0E87" w:rsidP="002B0E87">
      <w:pPr>
        <w:keepLines/>
        <w:rPr>
          <w:sz w:val="17"/>
          <w:szCs w:val="17"/>
        </w:rPr>
      </w:pPr>
      <w:r w:rsidRPr="00815166">
        <w:rPr>
          <w:sz w:val="17"/>
          <w:szCs w:val="17"/>
        </w:rPr>
        <w:t>I understand that creating and maintaining a safe, respectful, and supportive environment requires cooperation from both participants and parents or legal guardians. I agree to encourage my child to demonstrate respectful behavior, listen to coaches, use appropriate language, practice good sportsmanship, and interact safely with other participants.</w:t>
      </w:r>
    </w:p>
    <w:p w14:paraId="016AB5D1" w14:textId="77777777" w:rsidR="002B0E87" w:rsidRPr="00815166" w:rsidRDefault="002B0E87" w:rsidP="002B0E87">
      <w:pPr>
        <w:keepLines/>
        <w:rPr>
          <w:sz w:val="17"/>
          <w:szCs w:val="17"/>
        </w:rPr>
      </w:pPr>
      <w:r w:rsidRPr="00815166">
        <w:rPr>
          <w:sz w:val="17"/>
          <w:szCs w:val="17"/>
        </w:rPr>
        <w:t>I further understand and acknowledge that young children may occasionally require redirection, supervision, breaks, or additional support during program activities. Accordingly, Invictus Wrestling Inc reserves the right, in its sole discretion, to redirect a participant, require a temporary break from activities, remove a participant from a specific activity, request parental assistance, or dismiss a participant from a practice, class, event, or program session when the participant's conduct presents a safety concern, disrupts instruction, interferes with the experience of other participants, or otherwise compromises the safe and effective operation of the program.</w:t>
      </w:r>
    </w:p>
    <w:p w14:paraId="75CDC4AD" w14:textId="77777777" w:rsidR="002B0E87" w:rsidRPr="00815166" w:rsidRDefault="002B0E87" w:rsidP="002B0E87">
      <w:pPr>
        <w:keepLines/>
        <w:rPr>
          <w:sz w:val="17"/>
          <w:szCs w:val="17"/>
        </w:rPr>
      </w:pPr>
      <w:r w:rsidRPr="00815166">
        <w:rPr>
          <w:sz w:val="17"/>
          <w:szCs w:val="17"/>
        </w:rPr>
        <w:t>I understand that repeated behavioral issues, unsafe conduct, aggressive behavior, refusal to follow safety instructions, or repeated violations of program policies by a participant or family member may result in suspension, removal, or termination from the Mini Warriors program without refund, to the extent permitted by applicable law and organizational policy.</w:t>
      </w:r>
    </w:p>
    <w:p w14:paraId="71FF1210" w14:textId="77777777" w:rsidR="002B0E87" w:rsidRPr="00815166" w:rsidRDefault="002B0E87" w:rsidP="002B0E87">
      <w:pPr>
        <w:keepLines/>
        <w:rPr>
          <w:sz w:val="17"/>
          <w:szCs w:val="17"/>
        </w:rPr>
      </w:pPr>
      <w:r w:rsidRPr="00815166">
        <w:rPr>
          <w:sz w:val="17"/>
          <w:szCs w:val="17"/>
        </w:rPr>
        <w:t>I acknowledge that decisions regarding participant safety, behavior management, and continued participation are made in the best interests of all participants and the program as a whole. I agree to support reasonable disciplinary and safety measures implemented by Invictus Wrestling Inc and its representatives.</w:t>
      </w:r>
    </w:p>
    <w:p w14:paraId="6164E6DF" w14:textId="77777777" w:rsidR="002B0E87" w:rsidRPr="00815166" w:rsidRDefault="002B0E87" w:rsidP="002B0E87">
      <w:pPr>
        <w:keepLines/>
        <w:rPr>
          <w:sz w:val="17"/>
          <w:szCs w:val="17"/>
        </w:rPr>
      </w:pPr>
      <w:r w:rsidRPr="00815166">
        <w:rPr>
          <w:sz w:val="17"/>
          <w:szCs w:val="17"/>
        </w:rPr>
        <w:t>By signing this Agreement, I acknowledge that I have read, understand, and agree to these behavior and participation expectations and will cooperate with Invictus Wrestling Inc in maintaining a safe, positive, and developmentally appropriate environment for all Mini Warriors participants.</w:t>
      </w:r>
    </w:p>
    <w:p w14:paraId="76F9EAFA" w14:textId="77777777" w:rsidR="002B0E87" w:rsidRPr="00815166" w:rsidRDefault="002B0E87" w:rsidP="002B0E87">
      <w:pPr>
        <w:keepLines/>
        <w:rPr>
          <w:sz w:val="17"/>
          <w:szCs w:val="17"/>
        </w:rPr>
      </w:pPr>
      <w:r w:rsidRPr="00815166">
        <w:rPr>
          <w:sz w:val="17"/>
          <w:szCs w:val="17"/>
        </w:rPr>
        <w:t>I understand that Invictus Wrestling Inc does not provide child care or custodial services. A parent, legal guardian, or authorized adult remains responsible for ensuring the participant's timely arrival, supervision when required, and prompt pickup following program activities.</w:t>
      </w:r>
    </w:p>
    <w:p w14:paraId="6CB85D39" w14:textId="77777777" w:rsidR="002B0E87" w:rsidRPr="004A04EE" w:rsidRDefault="002B0E87" w:rsidP="002B0E87">
      <w:pPr>
        <w:keepLines/>
        <w:rPr>
          <w:sz w:val="10"/>
          <w:szCs w:val="10"/>
        </w:rPr>
      </w:pPr>
    </w:p>
    <w:tbl>
      <w:tblPr>
        <w:tblW w:w="0" w:type="auto"/>
        <w:jc w:val="center"/>
        <w:tblLayout w:type="fixed"/>
        <w:tblLook w:val="04A0" w:firstRow="1" w:lastRow="0" w:firstColumn="1" w:lastColumn="0" w:noHBand="0" w:noVBand="1"/>
      </w:tblPr>
      <w:tblGrid>
        <w:gridCol w:w="10368"/>
      </w:tblGrid>
      <w:tr w:rsidR="002B0E87" w14:paraId="7D738B38" w14:textId="77777777" w:rsidTr="00BD1480">
        <w:trPr>
          <w:cantSplit/>
          <w:jc w:val="center"/>
        </w:trPr>
        <w:tc>
          <w:tcPr>
            <w:tcW w:w="10368" w:type="dxa"/>
            <w:tcBorders>
              <w:top w:val="single" w:sz="5" w:space="0" w:color="AAB7C6"/>
              <w:left w:val="single" w:sz="5" w:space="0" w:color="AAB7C6"/>
              <w:bottom w:val="single" w:sz="5" w:space="0" w:color="AAB7C6"/>
              <w:right w:val="single" w:sz="5" w:space="0" w:color="AAB7C6"/>
            </w:tcBorders>
            <w:shd w:val="clear" w:color="auto" w:fill="D9E2F3"/>
            <w:tcMar>
              <w:top w:w="65" w:type="dxa"/>
              <w:left w:w="110" w:type="dxa"/>
              <w:bottom w:w="65" w:type="dxa"/>
              <w:right w:w="110" w:type="dxa"/>
            </w:tcMar>
          </w:tcPr>
          <w:p w14:paraId="77DD3CD4" w14:textId="77777777" w:rsidR="002B0E87" w:rsidRDefault="002B0E87" w:rsidP="00BD1480">
            <w:pPr>
              <w:spacing w:after="0"/>
            </w:pPr>
            <w:r>
              <w:rPr>
                <w:b/>
                <w:color w:val="1F3858"/>
              </w:rPr>
              <w:t>6. PARENT/LEGAL GUARDIAN CERTIFICATION</w:t>
            </w:r>
          </w:p>
        </w:tc>
      </w:tr>
    </w:tbl>
    <w:p w14:paraId="54B0ED70" w14:textId="77777777" w:rsidR="002B0E87" w:rsidRPr="00815166" w:rsidRDefault="002B0E87" w:rsidP="002B0E87">
      <w:pPr>
        <w:keepLines/>
        <w:rPr>
          <w:sz w:val="17"/>
          <w:szCs w:val="17"/>
        </w:rPr>
      </w:pPr>
      <w:r w:rsidRPr="00815166">
        <w:rPr>
          <w:sz w:val="17"/>
          <w:szCs w:val="17"/>
        </w:rPr>
        <w:t>I certify and represent that I am the parent or legal guardian of the minor participant identified in this Waiver and that I have the full legal authority and capacity to execute this Agreement on behalf of the minor participant to the fullest extent permitted by applicable law.</w:t>
      </w:r>
    </w:p>
    <w:p w14:paraId="2291B28A" w14:textId="77777777" w:rsidR="002B0E87" w:rsidRPr="00815166" w:rsidRDefault="002B0E87" w:rsidP="002B0E87">
      <w:pPr>
        <w:keepLines/>
        <w:rPr>
          <w:sz w:val="17"/>
          <w:szCs w:val="17"/>
        </w:rPr>
      </w:pPr>
      <w:r w:rsidRPr="00815166">
        <w:rPr>
          <w:sz w:val="17"/>
          <w:szCs w:val="17"/>
        </w:rPr>
        <w:t>I acknowledge that I am signing this Waiver both in my individual capacity and on behalf of the minor participant. I understand that, by executing this Agreement, I am accepting and agreeing to its terms and conditions for myself and, to the extent permitted by law, for the minor participant.</w:t>
      </w:r>
    </w:p>
    <w:p w14:paraId="4A7B0B3C" w14:textId="77777777" w:rsidR="002B0E87" w:rsidRPr="00815166" w:rsidRDefault="002B0E87" w:rsidP="002B0E87">
      <w:pPr>
        <w:keepLines/>
        <w:rPr>
          <w:sz w:val="17"/>
          <w:szCs w:val="17"/>
        </w:rPr>
      </w:pPr>
      <w:r w:rsidRPr="00815166">
        <w:rPr>
          <w:sz w:val="17"/>
          <w:szCs w:val="17"/>
        </w:rPr>
        <w:t>I further certify that no other consent, approval, or authorization is required for me to execute this Agreement on the minor participant's behalf. I understand and acknowledge that this Waiver contains important legal rights and obligations, including provisions relating to the assumption of risk, release of liability, indemnification, and medical authorization.</w:t>
      </w:r>
    </w:p>
    <w:p w14:paraId="6D6AD1FD" w14:textId="77777777" w:rsidR="002B0E87" w:rsidRPr="00815166" w:rsidRDefault="002B0E87" w:rsidP="002B0E87">
      <w:pPr>
        <w:keepLines/>
        <w:rPr>
          <w:sz w:val="17"/>
          <w:szCs w:val="17"/>
        </w:rPr>
      </w:pPr>
      <w:r w:rsidRPr="00815166">
        <w:rPr>
          <w:sz w:val="17"/>
          <w:szCs w:val="17"/>
        </w:rPr>
        <w:t>By signing below, I affirm that I have carefully read this Agreement, understand its contents and legal effect, have had an opportunity to ask questions, and voluntarily agree to its terms. I acknowledge that the representations and certifications contained herein are true, complete, and accurate to the best of my knowledge.</w:t>
      </w:r>
    </w:p>
    <w:p w14:paraId="3606C4E8" w14:textId="77777777" w:rsidR="002B0E87" w:rsidRDefault="002B0E87" w:rsidP="002B0E87">
      <w:pPr>
        <w:keepLines/>
        <w:rPr>
          <w:sz w:val="17"/>
          <w:szCs w:val="17"/>
        </w:rPr>
      </w:pPr>
      <w:r w:rsidRPr="00815166">
        <w:rPr>
          <w:sz w:val="17"/>
          <w:szCs w:val="17"/>
        </w:rPr>
        <w:t>I understand that Invictus Wrestling Inc is relying upon these certifications and representations in permitting the minor participant to participate in the Mini Warriors program and related activities.</w:t>
      </w:r>
    </w:p>
    <w:p w14:paraId="34435F6C" w14:textId="77777777" w:rsidR="00401A4C" w:rsidRPr="00401A4C" w:rsidRDefault="00401A4C" w:rsidP="002B0E87">
      <w:pPr>
        <w:keepLines/>
        <w:rPr>
          <w:sz w:val="10"/>
          <w:szCs w:val="10"/>
        </w:rPr>
      </w:pPr>
    </w:p>
    <w:tbl>
      <w:tblPr>
        <w:tblW w:w="10368" w:type="dxa"/>
        <w:jc w:val="center"/>
        <w:tblLayout w:type="fixed"/>
        <w:tblLook w:val="04A0" w:firstRow="1" w:lastRow="0" w:firstColumn="1" w:lastColumn="0" w:noHBand="0" w:noVBand="1"/>
      </w:tblPr>
      <w:tblGrid>
        <w:gridCol w:w="10368"/>
      </w:tblGrid>
      <w:tr w:rsidR="002B0E87" w14:paraId="43D4F5E5" w14:textId="77777777" w:rsidTr="00815166">
        <w:trPr>
          <w:cantSplit/>
          <w:jc w:val="center"/>
        </w:trPr>
        <w:tc>
          <w:tcPr>
            <w:tcW w:w="10368" w:type="dxa"/>
            <w:tcBorders>
              <w:top w:val="single" w:sz="5" w:space="0" w:color="AAB7C6"/>
              <w:left w:val="single" w:sz="5" w:space="0" w:color="AAB7C6"/>
              <w:bottom w:val="single" w:sz="5" w:space="0" w:color="AAB7C6"/>
              <w:right w:val="single" w:sz="5" w:space="0" w:color="AAB7C6"/>
            </w:tcBorders>
            <w:shd w:val="clear" w:color="auto" w:fill="D9E2F3"/>
            <w:tcMar>
              <w:top w:w="65" w:type="dxa"/>
              <w:left w:w="110" w:type="dxa"/>
              <w:bottom w:w="65" w:type="dxa"/>
              <w:right w:w="110" w:type="dxa"/>
            </w:tcMar>
          </w:tcPr>
          <w:p w14:paraId="30D05837" w14:textId="77777777" w:rsidR="002B0E87" w:rsidRDefault="002B0E87" w:rsidP="00BD1480">
            <w:pPr>
              <w:spacing w:after="0"/>
            </w:pPr>
            <w:r>
              <w:rPr>
                <w:b/>
                <w:color w:val="1F3858"/>
              </w:rPr>
              <w:t>7. GOVERNING LAW AND SEVERABILITY</w:t>
            </w:r>
          </w:p>
        </w:tc>
      </w:tr>
    </w:tbl>
    <w:p w14:paraId="5BEA29B5" w14:textId="77777777" w:rsidR="002B0E87" w:rsidRPr="00815166" w:rsidRDefault="002B0E87" w:rsidP="002B0E87">
      <w:pPr>
        <w:keepLines/>
        <w:rPr>
          <w:sz w:val="17"/>
          <w:szCs w:val="17"/>
        </w:rPr>
      </w:pPr>
      <w:r w:rsidRPr="00815166">
        <w:rPr>
          <w:sz w:val="17"/>
          <w:szCs w:val="17"/>
        </w:rPr>
        <w:t>This Waiver, Release of Liability, Assumption of Risk Agreement, and all matters arising out of or relating to the minor participant's involvement in the Mini Warriors program shall be governed by, construed, and enforced in accordance with the laws of the Commonwealth of Virginia, without regard to its conflict of laws principles.</w:t>
      </w:r>
    </w:p>
    <w:p w14:paraId="414EE496" w14:textId="77777777" w:rsidR="002B0E87" w:rsidRPr="00815166" w:rsidRDefault="002B0E87" w:rsidP="002B0E87">
      <w:pPr>
        <w:keepLines/>
        <w:rPr>
          <w:sz w:val="17"/>
          <w:szCs w:val="17"/>
        </w:rPr>
      </w:pPr>
      <w:r w:rsidRPr="00815166">
        <w:rPr>
          <w:sz w:val="17"/>
          <w:szCs w:val="17"/>
        </w:rPr>
        <w:t>To the fullest extent permitted by applicable law, the parties intend that each provision of this Agreement be interpreted and enforced independently. If any provision, term, condition, or portion of this Agreement is determined by a court or other tribunal of competent jurisdiction to be invalid, illegal, unenforceable, or contrary to applicable law, that determination shall not affect the validity, legality, or enforceability of the remaining provisions.</w:t>
      </w:r>
    </w:p>
    <w:p w14:paraId="0AA4348C" w14:textId="77777777" w:rsidR="002B0E87" w:rsidRPr="00815166" w:rsidRDefault="002B0E87" w:rsidP="002B0E87">
      <w:pPr>
        <w:keepLines/>
        <w:rPr>
          <w:sz w:val="17"/>
          <w:szCs w:val="17"/>
        </w:rPr>
      </w:pPr>
      <w:r w:rsidRPr="00815166">
        <w:rPr>
          <w:sz w:val="17"/>
          <w:szCs w:val="17"/>
        </w:rPr>
        <w:t>Any provision found to be invalid or unenforceable shall be modified and enforced to the maximum extent permitted by law so as to best accomplish the original intent of the parties. The remaining provisions of this Agreement shall continue in full force and effect and shall remain binding upon the parties.</w:t>
      </w:r>
    </w:p>
    <w:p w14:paraId="5880A178" w14:textId="77777777" w:rsidR="002B0E87" w:rsidRPr="00815166" w:rsidRDefault="002B0E87" w:rsidP="002B0E87">
      <w:pPr>
        <w:keepLines/>
        <w:rPr>
          <w:sz w:val="17"/>
          <w:szCs w:val="17"/>
        </w:rPr>
      </w:pPr>
      <w:r w:rsidRPr="00815166">
        <w:rPr>
          <w:sz w:val="17"/>
          <w:szCs w:val="17"/>
        </w:rPr>
        <w:t>I further acknowledge and agree that this Agreement is intended to be interpreted as broadly and inclusively as permitted by applicable law and that the invalidity or unenforceability of any single provision shall not affect the enforceability of the Agreement as a whole.</w:t>
      </w:r>
    </w:p>
    <w:p w14:paraId="59BF64CA" w14:textId="77777777" w:rsidR="002B0E87" w:rsidRPr="00815166" w:rsidRDefault="002B0E87" w:rsidP="002B0E87">
      <w:pPr>
        <w:keepLines/>
        <w:rPr>
          <w:sz w:val="17"/>
          <w:szCs w:val="17"/>
        </w:rPr>
      </w:pPr>
      <w:r w:rsidRPr="00815166">
        <w:rPr>
          <w:sz w:val="17"/>
          <w:szCs w:val="17"/>
        </w:rPr>
        <w:t>By signing this Agreement, I acknowledge that I have read and understand this Governing Law and Severability provision and agree that it shall survive the conclusion of my child's participation in the Mini Warriors program.</w:t>
      </w:r>
    </w:p>
    <w:p w14:paraId="1E8A7E50" w14:textId="77777777" w:rsidR="002B0E87" w:rsidRPr="004A04EE" w:rsidRDefault="002B0E87" w:rsidP="002B0E87">
      <w:pPr>
        <w:keepLines/>
        <w:rPr>
          <w:sz w:val="10"/>
          <w:szCs w:val="10"/>
        </w:rPr>
      </w:pPr>
    </w:p>
    <w:tbl>
      <w:tblPr>
        <w:tblW w:w="0" w:type="auto"/>
        <w:jc w:val="center"/>
        <w:tblLayout w:type="fixed"/>
        <w:tblLook w:val="04A0" w:firstRow="1" w:lastRow="0" w:firstColumn="1" w:lastColumn="0" w:noHBand="0" w:noVBand="1"/>
      </w:tblPr>
      <w:tblGrid>
        <w:gridCol w:w="10368"/>
      </w:tblGrid>
      <w:tr w:rsidR="002B0E87" w14:paraId="5CD65172" w14:textId="77777777" w:rsidTr="00BD1480">
        <w:trPr>
          <w:cantSplit/>
          <w:jc w:val="center"/>
        </w:trPr>
        <w:tc>
          <w:tcPr>
            <w:tcW w:w="10368" w:type="dxa"/>
            <w:tcBorders>
              <w:top w:val="single" w:sz="5" w:space="0" w:color="AAB7C6"/>
              <w:left w:val="single" w:sz="5" w:space="0" w:color="AAB7C6"/>
              <w:bottom w:val="single" w:sz="5" w:space="0" w:color="AAB7C6"/>
              <w:right w:val="single" w:sz="5" w:space="0" w:color="AAB7C6"/>
            </w:tcBorders>
            <w:shd w:val="clear" w:color="auto" w:fill="D9E2F3"/>
            <w:tcMar>
              <w:top w:w="65" w:type="dxa"/>
              <w:left w:w="110" w:type="dxa"/>
              <w:bottom w:w="65" w:type="dxa"/>
              <w:right w:w="110" w:type="dxa"/>
            </w:tcMar>
          </w:tcPr>
          <w:p w14:paraId="421C903D" w14:textId="77777777" w:rsidR="002B0E87" w:rsidRDefault="002B0E87" w:rsidP="00BD1480">
            <w:pPr>
              <w:spacing w:after="0"/>
            </w:pPr>
            <w:r>
              <w:rPr>
                <w:b/>
                <w:color w:val="1F3858"/>
              </w:rPr>
              <w:t>8. EFFECTIVE DATE AND TERM</w:t>
            </w:r>
          </w:p>
        </w:tc>
      </w:tr>
    </w:tbl>
    <w:p w14:paraId="24FF61BA" w14:textId="77777777" w:rsidR="002B0E87" w:rsidRPr="00815166" w:rsidRDefault="002B0E87" w:rsidP="002B0E87">
      <w:pPr>
        <w:keepLines/>
        <w:rPr>
          <w:sz w:val="17"/>
          <w:szCs w:val="17"/>
        </w:rPr>
      </w:pPr>
      <w:r w:rsidRPr="00815166">
        <w:rPr>
          <w:sz w:val="17"/>
          <w:szCs w:val="17"/>
        </w:rPr>
        <w:t>This Participation Waiver, Release of Liability, Assumption of Risk Agreement, and Medical Authorization ("Agreement") becomes effective on the date signed by the Parent or Legal Guardian below ("Effective Date"). Unless revoked in writing and accepted by Invictus Wrestling Inc where permitted by applicable law, this Agreement shall remain in full force and effect for the duration of the participant's enrollment and participation in the Invictus Wrestling Inc.</w:t>
      </w:r>
    </w:p>
    <w:p w14:paraId="7454D1D7" w14:textId="77777777" w:rsidR="002B0E87" w:rsidRPr="00815166" w:rsidRDefault="002B0E87" w:rsidP="002B0E87">
      <w:pPr>
        <w:keepLines/>
        <w:rPr>
          <w:sz w:val="17"/>
          <w:szCs w:val="17"/>
        </w:rPr>
      </w:pPr>
      <w:r w:rsidRPr="00815166">
        <w:rPr>
          <w:sz w:val="17"/>
          <w:szCs w:val="17"/>
        </w:rPr>
        <w:t xml:space="preserve"> Mini Warriors program, including program practices, classes, clinics, camps, demonstrations, special events, and related activities occurring after the Effective Date. The Parent or Legal Guardian acknowledges that a new Agreement may be required for future program years, seasons, or registration periods at the discretion of Invictus Wrestling Inc.</w:t>
      </w:r>
    </w:p>
    <w:p w14:paraId="75032AED" w14:textId="77777777" w:rsidR="002B0E87" w:rsidRPr="004A04EE" w:rsidRDefault="002B0E87" w:rsidP="002B0E87">
      <w:pPr>
        <w:keepLines/>
        <w:rPr>
          <w:sz w:val="10"/>
          <w:szCs w:val="10"/>
        </w:rPr>
      </w:pPr>
    </w:p>
    <w:tbl>
      <w:tblPr>
        <w:tblW w:w="0" w:type="auto"/>
        <w:jc w:val="center"/>
        <w:tblLayout w:type="fixed"/>
        <w:tblLook w:val="04A0" w:firstRow="1" w:lastRow="0" w:firstColumn="1" w:lastColumn="0" w:noHBand="0" w:noVBand="1"/>
      </w:tblPr>
      <w:tblGrid>
        <w:gridCol w:w="10368"/>
      </w:tblGrid>
      <w:tr w:rsidR="002B0E87" w14:paraId="376FF085" w14:textId="77777777" w:rsidTr="00BD1480">
        <w:trPr>
          <w:cantSplit/>
          <w:jc w:val="center"/>
        </w:trPr>
        <w:tc>
          <w:tcPr>
            <w:tcW w:w="10368" w:type="dxa"/>
            <w:tcBorders>
              <w:top w:val="single" w:sz="5" w:space="0" w:color="AAB7C6"/>
              <w:left w:val="single" w:sz="5" w:space="0" w:color="AAB7C6"/>
              <w:bottom w:val="single" w:sz="5" w:space="0" w:color="AAB7C6"/>
              <w:right w:val="single" w:sz="5" w:space="0" w:color="AAB7C6"/>
            </w:tcBorders>
            <w:shd w:val="clear" w:color="auto" w:fill="D9E2F3"/>
            <w:tcMar>
              <w:top w:w="65" w:type="dxa"/>
              <w:left w:w="110" w:type="dxa"/>
              <w:bottom w:w="65" w:type="dxa"/>
              <w:right w:w="110" w:type="dxa"/>
            </w:tcMar>
          </w:tcPr>
          <w:p w14:paraId="1592AFD3" w14:textId="77777777" w:rsidR="002B0E87" w:rsidRDefault="002B0E87" w:rsidP="00BD1480">
            <w:pPr>
              <w:spacing w:after="0"/>
            </w:pPr>
            <w:r>
              <w:rPr>
                <w:b/>
                <w:color w:val="1F3858"/>
              </w:rPr>
              <w:t>9. ENTIRE AGREEMENT AND VOLUNTARY ACCEPTANCE</w:t>
            </w:r>
          </w:p>
        </w:tc>
      </w:tr>
    </w:tbl>
    <w:p w14:paraId="5C6AE100" w14:textId="77777777" w:rsidR="002B0E87" w:rsidRPr="00815166" w:rsidRDefault="002B0E87" w:rsidP="002B0E87">
      <w:pPr>
        <w:keepLines/>
        <w:rPr>
          <w:sz w:val="17"/>
          <w:szCs w:val="17"/>
        </w:rPr>
      </w:pPr>
      <w:r w:rsidRPr="00815166">
        <w:rPr>
          <w:sz w:val="17"/>
          <w:szCs w:val="17"/>
        </w:rPr>
        <w:t>I acknowledge and understand that this Waiver, Release of Liability, Assumption of Risk Agreement, Indemnification Agreement, and Medical Authorization contains important legal rights and obligations that affect both me and, to the extent permitted by law, the minor participant identified in this Agreement.</w:t>
      </w:r>
    </w:p>
    <w:p w14:paraId="0B46B02B" w14:textId="77777777" w:rsidR="002B0E87" w:rsidRPr="00815166" w:rsidRDefault="002B0E87" w:rsidP="002B0E87">
      <w:pPr>
        <w:keepLines/>
        <w:rPr>
          <w:sz w:val="17"/>
          <w:szCs w:val="17"/>
        </w:rPr>
      </w:pPr>
      <w:r w:rsidRPr="00815166">
        <w:rPr>
          <w:sz w:val="17"/>
          <w:szCs w:val="17"/>
        </w:rPr>
        <w:t>I certify that I have carefully read this entire Agreement, fully understand its contents, and have had sufficient opportunity to ask questions and seek clarification regarding any provision that I did not understand. I acknowledge that I have either consulted with legal counsel of my choosing or voluntarily elected not to do so before signing this Agreement.</w:t>
      </w:r>
    </w:p>
    <w:p w14:paraId="31E11C11" w14:textId="77777777" w:rsidR="002B0E87" w:rsidRPr="00815166" w:rsidRDefault="002B0E87" w:rsidP="002B0E87">
      <w:pPr>
        <w:keepLines/>
        <w:rPr>
          <w:sz w:val="17"/>
          <w:szCs w:val="17"/>
        </w:rPr>
      </w:pPr>
      <w:r w:rsidRPr="00815166">
        <w:rPr>
          <w:sz w:val="17"/>
          <w:szCs w:val="17"/>
        </w:rPr>
        <w:t>I understand that, by signing this Agreement, I am assuming certain risks, waiving and releasing certain legal rights, agreeing to indemnification obligations, authorizing emergency medical treatment, and accepting other responsibilities described herein. I further understand that I am giving up substantial rights that I or the minor participant might otherwise have under applicable law.</w:t>
      </w:r>
    </w:p>
    <w:p w14:paraId="23FE85BB" w14:textId="77777777" w:rsidR="002B0E87" w:rsidRPr="00815166" w:rsidRDefault="002B0E87" w:rsidP="002B0E87">
      <w:pPr>
        <w:keepLines/>
        <w:rPr>
          <w:sz w:val="17"/>
          <w:szCs w:val="17"/>
        </w:rPr>
      </w:pPr>
      <w:r w:rsidRPr="00815166">
        <w:rPr>
          <w:sz w:val="17"/>
          <w:szCs w:val="17"/>
        </w:rPr>
        <w:t>I acknowledge that I am entering into this Agreement knowingly, freely, voluntarily, and without coercion, duress, pressure, or undue influence of any kind. I further acknowledge that I am not relying upon any verbal statements, representations, promises, inducements, warranties, or assurances made by Invictus Wrestling Inc, its representatives, coaches, volunteers, or any other person that are not expressly contained within this written Agreement.</w:t>
      </w:r>
    </w:p>
    <w:p w14:paraId="765D0A55" w14:textId="77777777" w:rsidR="002B0E87" w:rsidRDefault="002B0E87" w:rsidP="002B0E87">
      <w:pPr>
        <w:keepLines/>
        <w:rPr>
          <w:sz w:val="17"/>
          <w:szCs w:val="17"/>
        </w:rPr>
      </w:pPr>
      <w:r w:rsidRPr="00815166">
        <w:rPr>
          <w:sz w:val="17"/>
          <w:szCs w:val="17"/>
        </w:rPr>
        <w:t>I understand and agree that this document constitutes the complete and entire agreement regarding the matters addressed herein and supersedes any prior discussions, representations, or understandings concerning the subject matter of this Agreement.</w:t>
      </w:r>
    </w:p>
    <w:p w14:paraId="40828EE5" w14:textId="77777777" w:rsidR="00CD6922" w:rsidRDefault="00CD6922" w:rsidP="002B0E87">
      <w:pPr>
        <w:keepLines/>
        <w:rPr>
          <w:sz w:val="17"/>
          <w:szCs w:val="17"/>
        </w:rPr>
      </w:pPr>
    </w:p>
    <w:p w14:paraId="78A1EDCA" w14:textId="77777777" w:rsidR="00CD6922" w:rsidRDefault="00CD6922" w:rsidP="002B0E87">
      <w:pPr>
        <w:keepLines/>
        <w:rPr>
          <w:sz w:val="17"/>
          <w:szCs w:val="17"/>
        </w:rPr>
      </w:pPr>
    </w:p>
    <w:p w14:paraId="79A60FB9" w14:textId="77777777" w:rsidR="00CD6922" w:rsidRDefault="00CD6922" w:rsidP="002B0E87">
      <w:pPr>
        <w:keepLines/>
        <w:rPr>
          <w:sz w:val="17"/>
          <w:szCs w:val="17"/>
        </w:rPr>
      </w:pPr>
    </w:p>
    <w:p w14:paraId="4FE42022" w14:textId="77777777" w:rsidR="00CD6922" w:rsidRDefault="00CD6922" w:rsidP="002B0E87">
      <w:pPr>
        <w:keepLines/>
        <w:rPr>
          <w:sz w:val="17"/>
          <w:szCs w:val="17"/>
        </w:rPr>
      </w:pPr>
    </w:p>
    <w:p w14:paraId="41F83498" w14:textId="77777777" w:rsidR="00401A4C" w:rsidRDefault="00401A4C" w:rsidP="002B0E87">
      <w:pPr>
        <w:keepLines/>
        <w:rPr>
          <w:sz w:val="17"/>
          <w:szCs w:val="17"/>
        </w:rPr>
      </w:pPr>
    </w:p>
    <w:p w14:paraId="23FC888A" w14:textId="77777777" w:rsidR="00CD6922" w:rsidRDefault="00CD6922" w:rsidP="002B0E87">
      <w:pPr>
        <w:keepLines/>
        <w:rPr>
          <w:sz w:val="17"/>
          <w:szCs w:val="17"/>
        </w:rPr>
      </w:pPr>
    </w:p>
    <w:p w14:paraId="163C219F" w14:textId="77777777" w:rsidR="00CD6922" w:rsidRDefault="00CD6922" w:rsidP="002B0E87">
      <w:pPr>
        <w:keepLines/>
        <w:rPr>
          <w:sz w:val="17"/>
          <w:szCs w:val="17"/>
        </w:rPr>
      </w:pPr>
    </w:p>
    <w:tbl>
      <w:tblPr>
        <w:tblW w:w="10368" w:type="dxa"/>
        <w:jc w:val="center"/>
        <w:tblLayout w:type="fixed"/>
        <w:tblLook w:val="04A0" w:firstRow="1" w:lastRow="0" w:firstColumn="1" w:lastColumn="0" w:noHBand="0" w:noVBand="1"/>
      </w:tblPr>
      <w:tblGrid>
        <w:gridCol w:w="10368"/>
      </w:tblGrid>
      <w:tr w:rsidR="002B0E87" w14:paraId="53620751" w14:textId="77777777" w:rsidTr="005D3909">
        <w:trPr>
          <w:cantSplit/>
          <w:jc w:val="center"/>
        </w:trPr>
        <w:tc>
          <w:tcPr>
            <w:tcW w:w="10368" w:type="dxa"/>
            <w:tcBorders>
              <w:top w:val="single" w:sz="5" w:space="0" w:color="AAB7C6"/>
              <w:left w:val="single" w:sz="5" w:space="0" w:color="AAB7C6"/>
              <w:bottom w:val="single" w:sz="5" w:space="0" w:color="AAB7C6"/>
              <w:right w:val="single" w:sz="5" w:space="0" w:color="AAB7C6"/>
            </w:tcBorders>
            <w:shd w:val="clear" w:color="auto" w:fill="D9E2F3"/>
            <w:tcMar>
              <w:top w:w="65" w:type="dxa"/>
              <w:left w:w="110" w:type="dxa"/>
              <w:bottom w:w="65" w:type="dxa"/>
              <w:right w:w="110" w:type="dxa"/>
            </w:tcMar>
          </w:tcPr>
          <w:p w14:paraId="58A1D480" w14:textId="77777777" w:rsidR="002B0E87" w:rsidRDefault="002B0E87" w:rsidP="00BD1480">
            <w:pPr>
              <w:spacing w:after="0"/>
            </w:pPr>
            <w:r>
              <w:rPr>
                <w:b/>
                <w:color w:val="1F3858"/>
              </w:rPr>
              <w:lastRenderedPageBreak/>
              <w:t>ACKNOWLEDGMENT AND SIGNATURES</w:t>
            </w:r>
          </w:p>
        </w:tc>
      </w:tr>
    </w:tbl>
    <w:p w14:paraId="72BF9FF0" w14:textId="254AAE12" w:rsidR="002B0E87" w:rsidRPr="00815166" w:rsidRDefault="002B0E87" w:rsidP="002B0E87">
      <w:pPr>
        <w:keepLines/>
        <w:rPr>
          <w:sz w:val="17"/>
          <w:szCs w:val="17"/>
        </w:rPr>
      </w:pPr>
      <w:r w:rsidRPr="00815166">
        <w:rPr>
          <w:sz w:val="17"/>
          <w:szCs w:val="17"/>
        </w:rPr>
        <w:t>By signing below, I acknowledge that I have carefully read this Agreement in its entirety, understand its contents and legal significance, have had an opportunity to ask questions, and voluntarily agree to be bound by all of its terms and conditions. I further certify that I am the parent or legal guardian of the minor participant named below and have the legal authority to execute this Agreement on the participant's behalf to the fullest extent permitted by applicable law.</w:t>
      </w:r>
    </w:p>
    <w:p w14:paraId="3C67C182" w14:textId="77777777" w:rsidR="002B0E87" w:rsidRPr="0049372E" w:rsidRDefault="002B0E87" w:rsidP="002B0E87">
      <w:pPr>
        <w:keepLines/>
      </w:pPr>
    </w:p>
    <w:tbl>
      <w:tblPr>
        <w:tblW w:w="0" w:type="auto"/>
        <w:jc w:val="center"/>
        <w:tblLayout w:type="fixed"/>
        <w:tblLook w:val="04A0" w:firstRow="1" w:lastRow="0" w:firstColumn="1" w:lastColumn="0" w:noHBand="0" w:noVBand="1"/>
      </w:tblPr>
      <w:tblGrid>
        <w:gridCol w:w="7200"/>
        <w:gridCol w:w="3096"/>
      </w:tblGrid>
      <w:tr w:rsidR="002B0E87" w14:paraId="741C96BF" w14:textId="77777777" w:rsidTr="00BD1480">
        <w:trPr>
          <w:cantSplit/>
          <w:trHeight w:val="500"/>
          <w:jc w:val="center"/>
        </w:trPr>
        <w:tc>
          <w:tcPr>
            <w:tcW w:w="10296" w:type="dxa"/>
            <w:gridSpan w:val="2"/>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737773DC" w14:textId="77777777" w:rsidR="002B0E87" w:rsidRDefault="002B0E87" w:rsidP="00BD1480">
            <w:pPr>
              <w:spacing w:after="0"/>
            </w:pPr>
            <w:r>
              <w:rPr>
                <w:b/>
                <w:color w:val="1F3858"/>
                <w:sz w:val="16"/>
              </w:rPr>
              <w:t>Mini Warrior Name</w:t>
            </w:r>
          </w:p>
          <w:p w14:paraId="48A4C4BE" w14:textId="227A90A1" w:rsidR="002B0E87" w:rsidRDefault="002B0E87" w:rsidP="00BD1480"/>
        </w:tc>
      </w:tr>
      <w:tr w:rsidR="002B0E87" w14:paraId="114D242D" w14:textId="77777777" w:rsidTr="00BD1480">
        <w:trPr>
          <w:cantSplit/>
          <w:trHeight w:val="540"/>
          <w:jc w:val="center"/>
        </w:trPr>
        <w:tc>
          <w:tcPr>
            <w:tcW w:w="7200" w:type="dxa"/>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07D0028B" w14:textId="77777777" w:rsidR="002B0E87" w:rsidRDefault="002B0E87" w:rsidP="00BD1480">
            <w:pPr>
              <w:spacing w:after="0"/>
            </w:pPr>
            <w:r>
              <w:rPr>
                <w:b/>
                <w:color w:val="1F3858"/>
                <w:sz w:val="16"/>
              </w:rPr>
              <w:t>Parent/Legal Guardian Signature</w:t>
            </w:r>
          </w:p>
          <w:p w14:paraId="51FE4A5D" w14:textId="77777777" w:rsidR="002B0E87" w:rsidRDefault="002B0E87" w:rsidP="00BD1480">
            <w:r>
              <w:t xml:space="preserve"> </w:t>
            </w:r>
          </w:p>
        </w:tc>
        <w:tc>
          <w:tcPr>
            <w:tcW w:w="3096" w:type="dxa"/>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2377B0A5" w14:textId="77777777" w:rsidR="002B0E87" w:rsidRDefault="002B0E87" w:rsidP="00BD1480">
            <w:pPr>
              <w:spacing w:after="0"/>
            </w:pPr>
            <w:r>
              <w:rPr>
                <w:b/>
                <w:color w:val="1F3858"/>
                <w:sz w:val="16"/>
              </w:rPr>
              <w:t>Effective Date</w:t>
            </w:r>
          </w:p>
          <w:p w14:paraId="41C08222" w14:textId="77777777" w:rsidR="002B0E87" w:rsidRDefault="002B0E87" w:rsidP="00BD1480">
            <w:r>
              <w:t xml:space="preserve"> </w:t>
            </w:r>
          </w:p>
        </w:tc>
      </w:tr>
      <w:tr w:rsidR="00667253" w14:paraId="1ABDD930" w14:textId="77777777" w:rsidTr="00BD1480">
        <w:trPr>
          <w:cantSplit/>
          <w:trHeight w:val="540"/>
          <w:jc w:val="center"/>
        </w:trPr>
        <w:tc>
          <w:tcPr>
            <w:tcW w:w="7200" w:type="dxa"/>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76A27F5D" w14:textId="77777777" w:rsidR="00667253" w:rsidRDefault="00667253" w:rsidP="00667253">
            <w:pPr>
              <w:spacing w:after="0"/>
            </w:pPr>
            <w:r>
              <w:rPr>
                <w:b/>
                <w:color w:val="1F3858"/>
                <w:sz w:val="16"/>
              </w:rPr>
              <w:t>Printed Name</w:t>
            </w:r>
          </w:p>
          <w:p w14:paraId="4A3F53D5" w14:textId="335D6F10" w:rsidR="00667253" w:rsidRDefault="00667253" w:rsidP="00247E3D">
            <w:pPr>
              <w:rPr>
                <w:b/>
                <w:color w:val="1F3858"/>
                <w:sz w:val="16"/>
              </w:rPr>
            </w:pPr>
          </w:p>
        </w:tc>
        <w:tc>
          <w:tcPr>
            <w:tcW w:w="3096" w:type="dxa"/>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28FAE979" w14:textId="77777777" w:rsidR="00667253" w:rsidRDefault="00667253" w:rsidP="00BD1480">
            <w:pPr>
              <w:spacing w:after="0"/>
              <w:rPr>
                <w:b/>
                <w:color w:val="1F3858"/>
                <w:sz w:val="16"/>
              </w:rPr>
            </w:pPr>
            <w:r>
              <w:rPr>
                <w:b/>
                <w:color w:val="1F3858"/>
                <w:sz w:val="16"/>
              </w:rPr>
              <w:t>Relationship to Mini Warrior</w:t>
            </w:r>
          </w:p>
          <w:p w14:paraId="7A7FFA9A" w14:textId="530B45D5" w:rsidR="00247E3D" w:rsidRDefault="00247E3D" w:rsidP="00247E3D">
            <w:pPr>
              <w:rPr>
                <w:b/>
                <w:color w:val="1F3858"/>
                <w:sz w:val="16"/>
              </w:rPr>
            </w:pPr>
          </w:p>
        </w:tc>
      </w:tr>
      <w:tr w:rsidR="002B0E87" w14:paraId="0A11DAE0" w14:textId="77777777" w:rsidTr="00BD1480">
        <w:trPr>
          <w:cantSplit/>
          <w:trHeight w:val="500"/>
          <w:jc w:val="center"/>
        </w:trPr>
        <w:tc>
          <w:tcPr>
            <w:tcW w:w="7200" w:type="dxa"/>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3E831538" w14:textId="77777777" w:rsidR="002B0E87" w:rsidRDefault="002B0E87" w:rsidP="00BD1480">
            <w:pPr>
              <w:spacing w:after="0"/>
            </w:pPr>
            <w:r>
              <w:rPr>
                <w:b/>
                <w:color w:val="1F3858"/>
                <w:sz w:val="16"/>
              </w:rPr>
              <w:t>Invictus Wrestling Inc Representative</w:t>
            </w:r>
          </w:p>
          <w:p w14:paraId="45D1E361" w14:textId="77777777" w:rsidR="002B0E87" w:rsidRDefault="002B0E87" w:rsidP="00BD1480">
            <w:r>
              <w:t xml:space="preserve"> </w:t>
            </w:r>
          </w:p>
        </w:tc>
        <w:tc>
          <w:tcPr>
            <w:tcW w:w="3096" w:type="dxa"/>
            <w:tcBorders>
              <w:top w:val="single" w:sz="7" w:space="0" w:color="7F8FA3"/>
              <w:left w:val="single" w:sz="7" w:space="0" w:color="7F8FA3"/>
              <w:bottom w:val="single" w:sz="7" w:space="0" w:color="7F8FA3"/>
              <w:right w:val="single" w:sz="7" w:space="0" w:color="7F8FA3"/>
            </w:tcBorders>
            <w:tcMar>
              <w:top w:w="85" w:type="dxa"/>
              <w:left w:w="105" w:type="dxa"/>
              <w:bottom w:w="85" w:type="dxa"/>
              <w:right w:w="105" w:type="dxa"/>
            </w:tcMar>
          </w:tcPr>
          <w:p w14:paraId="200CD882" w14:textId="77777777" w:rsidR="002B0E87" w:rsidRDefault="002B0E87" w:rsidP="00BD1480">
            <w:pPr>
              <w:spacing w:after="0"/>
            </w:pPr>
            <w:r>
              <w:rPr>
                <w:b/>
                <w:color w:val="1F3858"/>
                <w:sz w:val="16"/>
              </w:rPr>
              <w:t xml:space="preserve">Effective Date </w:t>
            </w:r>
          </w:p>
          <w:p w14:paraId="27DAA5A8" w14:textId="77777777" w:rsidR="002B0E87" w:rsidRDefault="002B0E87" w:rsidP="00BD1480">
            <w:r>
              <w:t xml:space="preserve"> </w:t>
            </w:r>
          </w:p>
        </w:tc>
      </w:tr>
    </w:tbl>
    <w:p w14:paraId="6A0689BB" w14:textId="77777777" w:rsidR="002B0E87" w:rsidRDefault="002B0E87" w:rsidP="002B0E87">
      <w:pPr>
        <w:spacing w:before="140" w:after="0"/>
      </w:pPr>
    </w:p>
    <w:p w14:paraId="0129C9BB" w14:textId="77777777" w:rsidR="009552CA" w:rsidRDefault="009552CA" w:rsidP="00247E3D"/>
    <w:sectPr w:rsidR="009552CA" w:rsidSect="00667253">
      <w:footerReference w:type="default" r:id="rId8"/>
      <w:footerReference w:type="first" r:id="rId9"/>
      <w:pgSz w:w="12240" w:h="15840"/>
      <w:pgMar w:top="792" w:right="936" w:bottom="792" w:left="93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D6C5A" w14:textId="77777777" w:rsidR="00F575F0" w:rsidRDefault="00F575F0">
      <w:pPr>
        <w:spacing w:after="0" w:line="240" w:lineRule="auto"/>
      </w:pPr>
      <w:r>
        <w:separator/>
      </w:r>
    </w:p>
  </w:endnote>
  <w:endnote w:type="continuationSeparator" w:id="0">
    <w:p w14:paraId="41284EC0" w14:textId="77777777" w:rsidR="00F575F0" w:rsidRDefault="00F57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010315"/>
      <w:docPartObj>
        <w:docPartGallery w:val="Page Numbers (Bottom of Page)"/>
        <w:docPartUnique/>
      </w:docPartObj>
    </w:sdtPr>
    <w:sdtEndPr>
      <w:rPr>
        <w:noProof/>
      </w:rPr>
    </w:sdtEndPr>
    <w:sdtContent>
      <w:p w14:paraId="49A556A1" w14:textId="62EB5110" w:rsidR="00667253" w:rsidRDefault="004D6D5A" w:rsidP="004D6D5A">
        <w:pPr>
          <w:pStyle w:val="Footer"/>
          <w:jc w:val="center"/>
        </w:pPr>
        <w:r>
          <w:rPr>
            <w:color w:val="7F7F7F"/>
            <w:sz w:val="15"/>
          </w:rPr>
          <w:t xml:space="preserve">Invictus Wrestling Inc | Participation Waiver &amp; Release of Liability      </w:t>
        </w:r>
        <w:r w:rsidR="00667253">
          <w:fldChar w:fldCharType="begin"/>
        </w:r>
        <w:r w:rsidR="00667253">
          <w:instrText xml:space="preserve"> PAGE   \* MERGEFORMAT </w:instrText>
        </w:r>
        <w:r w:rsidR="00667253">
          <w:fldChar w:fldCharType="separate"/>
        </w:r>
        <w:r w:rsidR="00667253">
          <w:rPr>
            <w:noProof/>
          </w:rPr>
          <w:t>2</w:t>
        </w:r>
        <w:r w:rsidR="00667253">
          <w:rPr>
            <w:noProof/>
          </w:rPr>
          <w:fldChar w:fldCharType="end"/>
        </w:r>
      </w:p>
    </w:sdtContent>
  </w:sdt>
  <w:p w14:paraId="4A3FAD87" w14:textId="644F1A00" w:rsidR="00EA0D18" w:rsidRDefault="00EA0D1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12738"/>
      <w:docPartObj>
        <w:docPartGallery w:val="Page Numbers (Bottom of Page)"/>
        <w:docPartUnique/>
      </w:docPartObj>
    </w:sdtPr>
    <w:sdtEndPr>
      <w:rPr>
        <w:noProof/>
      </w:rPr>
    </w:sdtEndPr>
    <w:sdtContent>
      <w:p w14:paraId="56F07C8B" w14:textId="1F9F0E3C" w:rsidR="00667253" w:rsidRDefault="00667253" w:rsidP="00667253">
        <w:pPr>
          <w:pStyle w:val="Footer"/>
          <w:jc w:val="center"/>
        </w:pPr>
        <w:r>
          <w:rPr>
            <w:color w:val="646464"/>
            <w:sz w:val="16"/>
          </w:rPr>
          <w:t xml:space="preserve">Parent/Guardian Handbook Acknowledgment &amp; Media Consent     </w:t>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C21EF" w14:textId="77777777" w:rsidR="00F575F0" w:rsidRDefault="00F575F0">
      <w:pPr>
        <w:spacing w:after="0" w:line="240" w:lineRule="auto"/>
      </w:pPr>
      <w:r>
        <w:separator/>
      </w:r>
    </w:p>
  </w:footnote>
  <w:footnote w:type="continuationSeparator" w:id="0">
    <w:p w14:paraId="66A20E39" w14:textId="77777777" w:rsidR="00F575F0" w:rsidRDefault="00F575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4B0DD7"/>
    <w:multiLevelType w:val="multilevel"/>
    <w:tmpl w:val="4F329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D057AC"/>
    <w:multiLevelType w:val="multilevel"/>
    <w:tmpl w:val="3162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185503">
    <w:abstractNumId w:val="8"/>
  </w:num>
  <w:num w:numId="2" w16cid:durableId="911546066">
    <w:abstractNumId w:val="6"/>
  </w:num>
  <w:num w:numId="3" w16cid:durableId="1196769707">
    <w:abstractNumId w:val="5"/>
  </w:num>
  <w:num w:numId="4" w16cid:durableId="899948301">
    <w:abstractNumId w:val="4"/>
  </w:num>
  <w:num w:numId="5" w16cid:durableId="797605592">
    <w:abstractNumId w:val="7"/>
  </w:num>
  <w:num w:numId="6" w16cid:durableId="937370882">
    <w:abstractNumId w:val="3"/>
  </w:num>
  <w:num w:numId="7" w16cid:durableId="2046325610">
    <w:abstractNumId w:val="2"/>
  </w:num>
  <w:num w:numId="8" w16cid:durableId="978651685">
    <w:abstractNumId w:val="1"/>
  </w:num>
  <w:num w:numId="9" w16cid:durableId="1138112346">
    <w:abstractNumId w:val="0"/>
  </w:num>
  <w:num w:numId="10" w16cid:durableId="666592239">
    <w:abstractNumId w:val="10"/>
  </w:num>
  <w:num w:numId="11" w16cid:durableId="15849488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56D2"/>
    <w:rsid w:val="00131438"/>
    <w:rsid w:val="0015074B"/>
    <w:rsid w:val="002002B8"/>
    <w:rsid w:val="00204CA7"/>
    <w:rsid w:val="00244B79"/>
    <w:rsid w:val="00247E3D"/>
    <w:rsid w:val="0029639D"/>
    <w:rsid w:val="002B0E87"/>
    <w:rsid w:val="002F4333"/>
    <w:rsid w:val="002F7D23"/>
    <w:rsid w:val="0032455D"/>
    <w:rsid w:val="00326F90"/>
    <w:rsid w:val="003E7675"/>
    <w:rsid w:val="00401A4C"/>
    <w:rsid w:val="00406E74"/>
    <w:rsid w:val="004D6D5A"/>
    <w:rsid w:val="00511389"/>
    <w:rsid w:val="005355B5"/>
    <w:rsid w:val="005D3909"/>
    <w:rsid w:val="00667253"/>
    <w:rsid w:val="00744FF1"/>
    <w:rsid w:val="0078165C"/>
    <w:rsid w:val="007B2FDD"/>
    <w:rsid w:val="007D4A56"/>
    <w:rsid w:val="00815166"/>
    <w:rsid w:val="008F1E23"/>
    <w:rsid w:val="00950BAC"/>
    <w:rsid w:val="009552CA"/>
    <w:rsid w:val="0096544A"/>
    <w:rsid w:val="009B1F95"/>
    <w:rsid w:val="00A321DA"/>
    <w:rsid w:val="00A5230C"/>
    <w:rsid w:val="00A8356A"/>
    <w:rsid w:val="00AA1D8D"/>
    <w:rsid w:val="00AC1A0D"/>
    <w:rsid w:val="00B47730"/>
    <w:rsid w:val="00C07FC8"/>
    <w:rsid w:val="00CB0664"/>
    <w:rsid w:val="00CD6922"/>
    <w:rsid w:val="00CE5943"/>
    <w:rsid w:val="00D5617A"/>
    <w:rsid w:val="00E02FB1"/>
    <w:rsid w:val="00E15B36"/>
    <w:rsid w:val="00E35085"/>
    <w:rsid w:val="00E5777D"/>
    <w:rsid w:val="00EA0D18"/>
    <w:rsid w:val="00EE09AF"/>
    <w:rsid w:val="00F24413"/>
    <w:rsid w:val="00F46798"/>
    <w:rsid w:val="00F575F0"/>
    <w:rsid w:val="00F8712F"/>
    <w:rsid w:val="00FA691B"/>
    <w:rsid w:val="00FB27C9"/>
    <w:rsid w:val="00FC693F"/>
    <w:rsid w:val="00FD71B9"/>
    <w:rsid w:val="00FE0EA9"/>
    <w:rsid w:val="144CE679"/>
    <w:rsid w:val="3456F8A8"/>
    <w:rsid w:val="73E2CE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EC04BAF6-EF81-41DE-9AC7-9150F6B9C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2920</Words>
  <Characters>17783</Characters>
  <Application>Microsoft Office Word</Application>
  <DocSecurity>0</DocSecurity>
  <Lines>291</Lines>
  <Paragraphs>131</Paragraphs>
  <ScaleCrop>false</ScaleCrop>
  <Manager/>
  <Company/>
  <LinksUpToDate>false</LinksUpToDate>
  <CharactersWithSpaces>20572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 Warriors Parent Guardian Handbook Acknowledgment and Media Consent</dc:title>
  <dc:subject/>
  <dc:creator>Amy Hooper</dc:creator>
  <cp:keywords/>
  <dc:description>generated by python-docx</dc:description>
  <cp:lastModifiedBy>Amy Hooper</cp:lastModifiedBy>
  <cp:revision>42</cp:revision>
  <cp:lastPrinted>2026-09-10T21:24:00Z</cp:lastPrinted>
  <dcterms:created xsi:type="dcterms:W3CDTF">2026-09-09T21:04:00Z</dcterms:created>
  <dcterms:modified xsi:type="dcterms:W3CDTF">2026-09-17T21:12:00Z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18f016c-22b8-446d-b6bf-5084e2f97183_Enabled">
    <vt:lpwstr>true</vt:lpwstr>
  </property>
  <property fmtid="{D5CDD505-2E9C-101B-9397-08002B2CF9AE}" pid="3" name="MSIP_Label_418f016c-22b8-446d-b6bf-5084e2f97183_SetDate">
    <vt:lpwstr>2026-09-09T20:58:21Z</vt:lpwstr>
  </property>
  <property fmtid="{D5CDD505-2E9C-101B-9397-08002B2CF9AE}" pid="4" name="MSIP_Label_418f016c-22b8-446d-b6bf-5084e2f97183_Method">
    <vt:lpwstr>Standard</vt:lpwstr>
  </property>
  <property fmtid="{D5CDD505-2E9C-101B-9397-08002B2CF9AE}" pid="5" name="MSIP_Label_418f016c-22b8-446d-b6bf-5084e2f97183_Name">
    <vt:lpwstr>Company Data</vt:lpwstr>
  </property>
  <property fmtid="{D5CDD505-2E9C-101B-9397-08002B2CF9AE}" pid="6" name="MSIP_Label_418f016c-22b8-446d-b6bf-5084e2f97183_SiteId">
    <vt:lpwstr>04341329-a13c-4e61-b3c6-4bf9be35131a</vt:lpwstr>
  </property>
  <property fmtid="{D5CDD505-2E9C-101B-9397-08002B2CF9AE}" pid="7" name="MSIP_Label_418f016c-22b8-446d-b6bf-5084e2f97183_ActionId">
    <vt:lpwstr>be61d9c4-fabb-407e-8dc7-c46dc41605d9</vt:lpwstr>
  </property>
  <property fmtid="{D5CDD505-2E9C-101B-9397-08002B2CF9AE}" pid="8" name="MSIP_Label_418f016c-22b8-446d-b6bf-5084e2f97183_ContentBits">
    <vt:lpwstr>0</vt:lpwstr>
  </property>
  <property fmtid="{D5CDD505-2E9C-101B-9397-08002B2CF9AE}" pid="9" name="MSIP_Label_418f016c-22b8-446d-b6bf-5084e2f97183_Tag">
    <vt:lpwstr>10, 3, 0, 2</vt:lpwstr>
  </property>
</Properties>
</file>